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67ED" w:rsidRPr="00DC721E" w:rsidRDefault="00816E46">
      <w:pPr>
        <w:jc w:val="center"/>
        <w:rPr>
          <w:sz w:val="18"/>
          <w:szCs w:val="18"/>
        </w:rPr>
      </w:pPr>
      <w:r w:rsidRPr="00DC721E">
        <w:rPr>
          <w:rFonts w:ascii="Arial" w:hAnsi="Arial"/>
          <w:b/>
          <w:color w:val="1B365D"/>
          <w:sz w:val="18"/>
          <w:szCs w:val="18"/>
        </w:rPr>
        <w:t>Седмично меню за хранене "Детска градина"</w:t>
      </w:r>
      <w:r w:rsidRPr="00DC721E">
        <w:rPr>
          <w:rFonts w:ascii="Arial" w:hAnsi="Arial"/>
          <w:b/>
          <w:color w:val="1B365D"/>
          <w:sz w:val="18"/>
          <w:szCs w:val="18"/>
        </w:rPr>
        <w:br/>
        <w:t>ДГ 146 Звездица - гр. София</w:t>
      </w:r>
    </w:p>
    <w:p w:rsidR="00B167ED" w:rsidRPr="00DC721E" w:rsidRDefault="00ED2F93">
      <w:pPr>
        <w:jc w:val="center"/>
        <w:rPr>
          <w:sz w:val="18"/>
          <w:szCs w:val="18"/>
        </w:rPr>
      </w:pPr>
      <w:proofErr w:type="spellStart"/>
      <w:r w:rsidRPr="00DC721E">
        <w:rPr>
          <w:rFonts w:ascii="Arial" w:hAnsi="Arial"/>
          <w:i/>
          <w:color w:val="2980B9"/>
          <w:sz w:val="18"/>
          <w:szCs w:val="18"/>
        </w:rPr>
        <w:t>Период</w:t>
      </w:r>
      <w:proofErr w:type="spellEnd"/>
      <w:r w:rsidRPr="00DC721E">
        <w:rPr>
          <w:rFonts w:ascii="Arial" w:hAnsi="Arial"/>
          <w:i/>
          <w:color w:val="2980B9"/>
          <w:sz w:val="18"/>
          <w:szCs w:val="18"/>
        </w:rPr>
        <w:t xml:space="preserve">: </w:t>
      </w:r>
      <w:r w:rsidR="00D13E21">
        <w:rPr>
          <w:rFonts w:ascii="Arial" w:hAnsi="Arial"/>
          <w:i/>
          <w:color w:val="2980B9"/>
          <w:sz w:val="18"/>
          <w:szCs w:val="18"/>
          <w:lang w:val="bg-BG"/>
        </w:rPr>
        <w:t>28</w:t>
      </w:r>
      <w:r w:rsidR="00D13E21">
        <w:rPr>
          <w:rFonts w:ascii="Arial" w:hAnsi="Arial"/>
          <w:i/>
          <w:color w:val="2980B9"/>
          <w:sz w:val="18"/>
          <w:szCs w:val="18"/>
        </w:rPr>
        <w:t>.0</w:t>
      </w:r>
      <w:r w:rsidR="00D13E21">
        <w:rPr>
          <w:rFonts w:ascii="Arial" w:hAnsi="Arial"/>
          <w:i/>
          <w:color w:val="2980B9"/>
          <w:sz w:val="18"/>
          <w:szCs w:val="18"/>
          <w:lang w:val="bg-BG"/>
        </w:rPr>
        <w:t>9</w:t>
      </w:r>
      <w:r w:rsidR="0031067B" w:rsidRPr="00DC721E">
        <w:rPr>
          <w:rFonts w:ascii="Arial" w:hAnsi="Arial"/>
          <w:i/>
          <w:color w:val="2980B9"/>
          <w:sz w:val="18"/>
          <w:szCs w:val="18"/>
        </w:rPr>
        <w:t xml:space="preserve">.2026 г. - </w:t>
      </w:r>
      <w:r w:rsidR="00D13E21">
        <w:rPr>
          <w:rFonts w:ascii="Arial" w:hAnsi="Arial"/>
          <w:i/>
          <w:color w:val="2980B9"/>
          <w:sz w:val="18"/>
          <w:szCs w:val="18"/>
          <w:lang w:val="bg-BG"/>
        </w:rPr>
        <w:t>02</w:t>
      </w:r>
      <w:r w:rsidR="00D13E21">
        <w:rPr>
          <w:rFonts w:ascii="Arial" w:hAnsi="Arial"/>
          <w:i/>
          <w:color w:val="2980B9"/>
          <w:sz w:val="18"/>
          <w:szCs w:val="18"/>
        </w:rPr>
        <w:t>.</w:t>
      </w:r>
      <w:r w:rsidR="00D13E21">
        <w:rPr>
          <w:rFonts w:ascii="Arial" w:hAnsi="Arial"/>
          <w:i/>
          <w:color w:val="2980B9"/>
          <w:sz w:val="18"/>
          <w:szCs w:val="18"/>
          <w:lang w:val="bg-BG"/>
        </w:rPr>
        <w:t>10</w:t>
      </w:r>
      <w:r w:rsidR="00816E46" w:rsidRPr="00DC721E">
        <w:rPr>
          <w:rFonts w:ascii="Arial" w:hAnsi="Arial"/>
          <w:i/>
          <w:color w:val="2980B9"/>
          <w:sz w:val="18"/>
          <w:szCs w:val="18"/>
        </w:rPr>
        <w:t>.2026 г</w:t>
      </w:r>
    </w:p>
    <w:tbl>
      <w:tblPr>
        <w:tblW w:w="15580" w:type="dxa"/>
        <w:jc w:val="center"/>
        <w:tblBorders>
          <w:top w:val="single" w:sz="4" w:space="0" w:color="CCCCCC"/>
          <w:bottom w:val="single" w:sz="6" w:space="0" w:color="CCCCCC"/>
          <w:insideH w:val="single" w:sz="4" w:space="0" w:color="CCCCCC"/>
        </w:tblBorders>
        <w:tblLayout w:type="fixed"/>
        <w:tblLook w:val="04A0" w:firstRow="1" w:lastRow="0" w:firstColumn="1" w:lastColumn="0" w:noHBand="0" w:noVBand="1"/>
      </w:tblPr>
      <w:tblGrid>
        <w:gridCol w:w="100"/>
        <w:gridCol w:w="2996"/>
        <w:gridCol w:w="100"/>
        <w:gridCol w:w="2996"/>
        <w:gridCol w:w="100"/>
        <w:gridCol w:w="2996"/>
        <w:gridCol w:w="100"/>
        <w:gridCol w:w="2996"/>
        <w:gridCol w:w="100"/>
        <w:gridCol w:w="2996"/>
        <w:gridCol w:w="100"/>
      </w:tblGrid>
      <w:tr w:rsidR="00B167ED" w:rsidTr="00D13E21">
        <w:trPr>
          <w:gridBefore w:val="1"/>
          <w:wBefore w:w="100" w:type="dxa"/>
          <w:jc w:val="center"/>
        </w:trPr>
        <w:tc>
          <w:tcPr>
            <w:tcW w:w="3096" w:type="dxa"/>
            <w:gridSpan w:val="2"/>
            <w:shd w:val="clear" w:color="auto" w:fill="1B365D"/>
            <w:tcMar>
              <w:top w:w="120" w:type="dxa"/>
              <w:left w:w="100" w:type="dxa"/>
              <w:bottom w:w="120" w:type="dxa"/>
              <w:right w:w="100" w:type="dxa"/>
            </w:tcMar>
          </w:tcPr>
          <w:p w:rsidR="00B167ED" w:rsidRDefault="00212C6E">
            <w:pPr>
              <w:jc w:val="center"/>
            </w:pPr>
            <w:proofErr w:type="spellStart"/>
            <w:r>
              <w:rPr>
                <w:rFonts w:ascii="Arial" w:hAnsi="Arial"/>
                <w:b/>
                <w:color w:val="FFFFFF"/>
                <w:sz w:val="20"/>
              </w:rPr>
              <w:t>Понеделник</w:t>
            </w:r>
            <w:proofErr w:type="spellEnd"/>
            <w:r>
              <w:rPr>
                <w:rFonts w:ascii="Arial" w:hAnsi="Arial"/>
                <w:b/>
                <w:color w:val="FFFFFF"/>
                <w:sz w:val="20"/>
              </w:rPr>
              <w:br/>
            </w:r>
            <w:r w:rsidR="00D13E21">
              <w:rPr>
                <w:rFonts w:ascii="Arial" w:hAnsi="Arial"/>
                <w:b/>
                <w:color w:val="FFFFFF"/>
                <w:sz w:val="20"/>
                <w:lang w:val="bg-BG"/>
              </w:rPr>
              <w:t>28</w:t>
            </w:r>
            <w:r w:rsidR="00D13E21">
              <w:rPr>
                <w:rFonts w:ascii="Arial" w:hAnsi="Arial"/>
                <w:b/>
                <w:color w:val="FFFFFF"/>
                <w:sz w:val="20"/>
              </w:rPr>
              <w:t>.0</w:t>
            </w:r>
            <w:r w:rsidR="00D13E21">
              <w:rPr>
                <w:rFonts w:ascii="Arial" w:hAnsi="Arial"/>
                <w:b/>
                <w:color w:val="FFFFFF"/>
                <w:sz w:val="20"/>
                <w:lang w:val="bg-BG"/>
              </w:rPr>
              <w:t>9</w:t>
            </w:r>
            <w:r w:rsidR="00816E46">
              <w:rPr>
                <w:rFonts w:ascii="Arial" w:hAnsi="Arial"/>
                <w:b/>
                <w:color w:val="FFFFFF"/>
                <w:sz w:val="20"/>
              </w:rPr>
              <w:t>.2026 г.</w:t>
            </w:r>
          </w:p>
        </w:tc>
        <w:tc>
          <w:tcPr>
            <w:tcW w:w="3096" w:type="dxa"/>
            <w:gridSpan w:val="2"/>
            <w:shd w:val="clear" w:color="auto" w:fill="1B365D"/>
            <w:tcMar>
              <w:top w:w="120" w:type="dxa"/>
              <w:left w:w="100" w:type="dxa"/>
              <w:bottom w:w="120" w:type="dxa"/>
              <w:right w:w="100" w:type="dxa"/>
            </w:tcMar>
          </w:tcPr>
          <w:p w:rsidR="00B167ED" w:rsidRDefault="00212C6E">
            <w:pPr>
              <w:jc w:val="center"/>
            </w:pPr>
            <w:proofErr w:type="spellStart"/>
            <w:r>
              <w:rPr>
                <w:rFonts w:ascii="Arial" w:hAnsi="Arial"/>
                <w:b/>
                <w:color w:val="FFFFFF"/>
                <w:sz w:val="20"/>
              </w:rPr>
              <w:t>Вторник</w:t>
            </w:r>
            <w:proofErr w:type="spellEnd"/>
            <w:r>
              <w:rPr>
                <w:rFonts w:ascii="Arial" w:hAnsi="Arial"/>
                <w:b/>
                <w:color w:val="FFFFFF"/>
                <w:sz w:val="20"/>
              </w:rPr>
              <w:br/>
            </w:r>
            <w:r w:rsidR="00D13E21">
              <w:rPr>
                <w:rFonts w:ascii="Arial" w:hAnsi="Arial"/>
                <w:b/>
                <w:color w:val="FFFFFF"/>
                <w:sz w:val="20"/>
                <w:lang w:val="bg-BG"/>
              </w:rPr>
              <w:t>29</w:t>
            </w:r>
            <w:r w:rsidR="0031067B">
              <w:rPr>
                <w:rFonts w:ascii="Arial" w:hAnsi="Arial"/>
                <w:b/>
                <w:color w:val="FFFFFF"/>
                <w:sz w:val="20"/>
              </w:rPr>
              <w:t>.0</w:t>
            </w:r>
            <w:r w:rsidR="0031067B">
              <w:rPr>
                <w:rFonts w:ascii="Arial" w:hAnsi="Arial"/>
                <w:b/>
                <w:color w:val="FFFFFF"/>
                <w:sz w:val="20"/>
                <w:lang w:val="bg-BG"/>
              </w:rPr>
              <w:t>9</w:t>
            </w:r>
            <w:r w:rsidR="00816E46">
              <w:rPr>
                <w:rFonts w:ascii="Arial" w:hAnsi="Arial"/>
                <w:b/>
                <w:color w:val="FFFFFF"/>
                <w:sz w:val="20"/>
              </w:rPr>
              <w:t>.2026 г.</w:t>
            </w:r>
          </w:p>
        </w:tc>
        <w:tc>
          <w:tcPr>
            <w:tcW w:w="3096" w:type="dxa"/>
            <w:gridSpan w:val="2"/>
            <w:shd w:val="clear" w:color="auto" w:fill="1B365D"/>
            <w:tcMar>
              <w:top w:w="120" w:type="dxa"/>
              <w:left w:w="100" w:type="dxa"/>
              <w:bottom w:w="120" w:type="dxa"/>
              <w:right w:w="100" w:type="dxa"/>
            </w:tcMar>
          </w:tcPr>
          <w:p w:rsidR="00B167ED" w:rsidRDefault="00212C6E">
            <w:pPr>
              <w:jc w:val="center"/>
            </w:pPr>
            <w:proofErr w:type="spellStart"/>
            <w:r>
              <w:rPr>
                <w:rFonts w:ascii="Arial" w:hAnsi="Arial"/>
                <w:b/>
                <w:color w:val="FFFFFF"/>
                <w:sz w:val="20"/>
              </w:rPr>
              <w:t>Сряда</w:t>
            </w:r>
            <w:proofErr w:type="spellEnd"/>
            <w:r>
              <w:rPr>
                <w:rFonts w:ascii="Arial" w:hAnsi="Arial"/>
                <w:b/>
                <w:color w:val="FFFFFF"/>
                <w:sz w:val="20"/>
              </w:rPr>
              <w:br/>
            </w:r>
            <w:r w:rsidR="00D13E21">
              <w:rPr>
                <w:rFonts w:ascii="Arial" w:hAnsi="Arial"/>
                <w:b/>
                <w:color w:val="FFFFFF"/>
                <w:sz w:val="20"/>
                <w:lang w:val="bg-BG"/>
              </w:rPr>
              <w:t>30</w:t>
            </w:r>
            <w:r w:rsidR="0031067B">
              <w:rPr>
                <w:rFonts w:ascii="Arial" w:hAnsi="Arial"/>
                <w:b/>
                <w:color w:val="FFFFFF"/>
                <w:sz w:val="20"/>
              </w:rPr>
              <w:t>.0</w:t>
            </w:r>
            <w:r w:rsidR="0031067B">
              <w:rPr>
                <w:rFonts w:ascii="Arial" w:hAnsi="Arial"/>
                <w:b/>
                <w:color w:val="FFFFFF"/>
                <w:sz w:val="20"/>
                <w:lang w:val="bg-BG"/>
              </w:rPr>
              <w:t>9</w:t>
            </w:r>
            <w:r w:rsidR="00816E46">
              <w:rPr>
                <w:rFonts w:ascii="Arial" w:hAnsi="Arial"/>
                <w:b/>
                <w:color w:val="FFFFFF"/>
                <w:sz w:val="20"/>
              </w:rPr>
              <w:t>.2026 г.</w:t>
            </w:r>
          </w:p>
        </w:tc>
        <w:tc>
          <w:tcPr>
            <w:tcW w:w="3096" w:type="dxa"/>
            <w:gridSpan w:val="2"/>
            <w:shd w:val="clear" w:color="auto" w:fill="1B365D"/>
            <w:tcMar>
              <w:top w:w="120" w:type="dxa"/>
              <w:left w:w="100" w:type="dxa"/>
              <w:bottom w:w="120" w:type="dxa"/>
              <w:right w:w="100" w:type="dxa"/>
            </w:tcMar>
          </w:tcPr>
          <w:p w:rsidR="00B167ED" w:rsidRDefault="0031067B">
            <w:pPr>
              <w:jc w:val="center"/>
            </w:pPr>
            <w:proofErr w:type="spellStart"/>
            <w:r>
              <w:rPr>
                <w:rFonts w:ascii="Arial" w:hAnsi="Arial"/>
                <w:b/>
                <w:color w:val="FFFFFF"/>
                <w:sz w:val="20"/>
              </w:rPr>
              <w:t>Четвъртък</w:t>
            </w:r>
            <w:proofErr w:type="spellEnd"/>
            <w:r>
              <w:rPr>
                <w:rFonts w:ascii="Arial" w:hAnsi="Arial"/>
                <w:b/>
                <w:color w:val="FFFFFF"/>
                <w:sz w:val="20"/>
              </w:rPr>
              <w:br/>
            </w:r>
            <w:r w:rsidR="00D13E21">
              <w:rPr>
                <w:rFonts w:ascii="Arial" w:hAnsi="Arial"/>
                <w:b/>
                <w:color w:val="FFFFFF"/>
                <w:sz w:val="20"/>
                <w:lang w:val="bg-BG"/>
              </w:rPr>
              <w:t>01</w:t>
            </w:r>
            <w:r w:rsidR="00D13E21">
              <w:rPr>
                <w:rFonts w:ascii="Arial" w:hAnsi="Arial"/>
                <w:b/>
                <w:color w:val="FFFFFF"/>
                <w:sz w:val="20"/>
              </w:rPr>
              <w:t>.</w:t>
            </w:r>
            <w:r w:rsidR="00D13E21">
              <w:rPr>
                <w:rFonts w:ascii="Arial" w:hAnsi="Arial"/>
                <w:b/>
                <w:color w:val="FFFFFF"/>
                <w:sz w:val="20"/>
                <w:lang w:val="bg-BG"/>
              </w:rPr>
              <w:t>10</w:t>
            </w:r>
            <w:r w:rsidR="00816E46">
              <w:rPr>
                <w:rFonts w:ascii="Arial" w:hAnsi="Arial"/>
                <w:b/>
                <w:color w:val="FFFFFF"/>
                <w:sz w:val="20"/>
              </w:rPr>
              <w:t>.2026 г.</w:t>
            </w:r>
          </w:p>
        </w:tc>
        <w:tc>
          <w:tcPr>
            <w:tcW w:w="3096" w:type="dxa"/>
            <w:gridSpan w:val="2"/>
            <w:shd w:val="clear" w:color="auto" w:fill="1B365D"/>
            <w:tcMar>
              <w:top w:w="120" w:type="dxa"/>
              <w:left w:w="100" w:type="dxa"/>
              <w:bottom w:w="120" w:type="dxa"/>
              <w:right w:w="100" w:type="dxa"/>
            </w:tcMar>
          </w:tcPr>
          <w:p w:rsidR="00B167ED" w:rsidRDefault="0031067B">
            <w:pPr>
              <w:jc w:val="center"/>
            </w:pPr>
            <w:proofErr w:type="spellStart"/>
            <w:r>
              <w:rPr>
                <w:rFonts w:ascii="Arial" w:hAnsi="Arial"/>
                <w:b/>
                <w:color w:val="FFFFFF"/>
                <w:sz w:val="20"/>
              </w:rPr>
              <w:t>Петък</w:t>
            </w:r>
            <w:proofErr w:type="spellEnd"/>
            <w:r>
              <w:rPr>
                <w:rFonts w:ascii="Arial" w:hAnsi="Arial"/>
                <w:b/>
                <w:color w:val="FFFFFF"/>
                <w:sz w:val="20"/>
              </w:rPr>
              <w:br/>
            </w:r>
            <w:r w:rsidR="00D13E21">
              <w:rPr>
                <w:rFonts w:ascii="Arial" w:hAnsi="Arial"/>
                <w:b/>
                <w:color w:val="FFFFFF"/>
                <w:sz w:val="20"/>
                <w:lang w:val="bg-BG"/>
              </w:rPr>
              <w:t>02</w:t>
            </w:r>
            <w:r w:rsidR="00D13E21">
              <w:rPr>
                <w:rFonts w:ascii="Arial" w:hAnsi="Arial"/>
                <w:b/>
                <w:color w:val="FFFFFF"/>
                <w:sz w:val="20"/>
              </w:rPr>
              <w:t>.</w:t>
            </w:r>
            <w:r w:rsidR="00D13E21">
              <w:rPr>
                <w:rFonts w:ascii="Arial" w:hAnsi="Arial"/>
                <w:b/>
                <w:color w:val="FFFFFF"/>
                <w:sz w:val="20"/>
                <w:lang w:val="bg-BG"/>
              </w:rPr>
              <w:t>10</w:t>
            </w:r>
            <w:r w:rsidR="00816E46">
              <w:rPr>
                <w:rFonts w:ascii="Arial" w:hAnsi="Arial"/>
                <w:b/>
                <w:color w:val="FFFFFF"/>
                <w:sz w:val="20"/>
              </w:rPr>
              <w:t>.2026 г.</w:t>
            </w:r>
          </w:p>
        </w:tc>
      </w:tr>
      <w:tr w:rsidR="00B167ED" w:rsidTr="00D13E21">
        <w:trPr>
          <w:gridAfter w:val="1"/>
          <w:wAfter w:w="100" w:type="dxa"/>
          <w:jc w:val="center"/>
        </w:trPr>
        <w:tc>
          <w:tcPr>
            <w:tcW w:w="3096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B167ED" w:rsidRPr="00322DAA" w:rsidRDefault="00816E46" w:rsidP="00D13E21">
            <w:pPr>
              <w:spacing w:after="0"/>
              <w:rPr>
                <w:sz w:val="16"/>
                <w:szCs w:val="16"/>
                <w:lang w:val="bg-BG"/>
              </w:rPr>
            </w:pPr>
            <w:r w:rsidRPr="00044989">
              <w:rPr>
                <w:rFonts w:ascii="Arial" w:hAnsi="Arial"/>
                <w:b/>
                <w:color w:val="2980B9"/>
                <w:sz w:val="16"/>
                <w:szCs w:val="16"/>
              </w:rPr>
              <w:t>[ЗАКУСКА (08:30)]</w:t>
            </w:r>
            <w:r w:rsidRPr="00044989">
              <w:rPr>
                <w:rFonts w:ascii="Arial" w:hAnsi="Arial"/>
                <w:b/>
                <w:color w:val="2980B9"/>
                <w:sz w:val="16"/>
                <w:szCs w:val="16"/>
              </w:rPr>
              <w:br/>
            </w:r>
            <w:r w:rsidR="004E74AB" w:rsidRPr="00044989">
              <w:rPr>
                <w:rFonts w:ascii="Arial" w:hAnsi="Arial"/>
                <w:sz w:val="16"/>
                <w:szCs w:val="16"/>
              </w:rPr>
              <w:t>1.</w:t>
            </w:r>
            <w:r w:rsidR="00D13E21" w:rsidRPr="00044989">
              <w:rPr>
                <w:rFonts w:ascii="Arial" w:hAnsi="Arial"/>
                <w:sz w:val="16"/>
                <w:szCs w:val="16"/>
                <w:lang w:val="bg-BG"/>
              </w:rPr>
              <w:t>Корнфлейкс с прясно мляко -</w:t>
            </w:r>
            <w:r w:rsidR="00D13E21" w:rsidRPr="00044989">
              <w:rPr>
                <w:rFonts w:ascii="Arial" w:hAnsi="Arial"/>
                <w:sz w:val="16"/>
                <w:szCs w:val="16"/>
              </w:rPr>
              <w:t xml:space="preserve"> 1</w:t>
            </w:r>
            <w:r w:rsidR="00D13E21" w:rsidRPr="00044989">
              <w:rPr>
                <w:rFonts w:ascii="Arial" w:hAnsi="Arial"/>
                <w:sz w:val="16"/>
                <w:szCs w:val="16"/>
                <w:lang w:val="bg-BG"/>
              </w:rPr>
              <w:t>5</w:t>
            </w:r>
            <w:r w:rsidR="00B826C7" w:rsidRPr="00044989">
              <w:rPr>
                <w:rFonts w:ascii="Arial" w:hAnsi="Arial"/>
                <w:sz w:val="16"/>
                <w:szCs w:val="16"/>
              </w:rPr>
              <w:t>0 г</w:t>
            </w:r>
            <w:r w:rsidR="00D13E21" w:rsidRPr="00044989">
              <w:rPr>
                <w:rFonts w:ascii="Arial" w:hAnsi="Arial"/>
                <w:sz w:val="16"/>
                <w:szCs w:val="16"/>
                <w:lang w:val="bg-BG"/>
              </w:rPr>
              <w:t>р.</w:t>
            </w:r>
            <w:r w:rsidR="00B826C7" w:rsidRPr="00044989">
              <w:rPr>
                <w:rFonts w:ascii="Arial" w:hAnsi="Arial"/>
                <w:sz w:val="16"/>
                <w:szCs w:val="16"/>
              </w:rPr>
              <w:t xml:space="preserve"> (1,7)</w:t>
            </w:r>
            <w:r w:rsidR="00B826C7" w:rsidRPr="00044989">
              <w:rPr>
                <w:rFonts w:ascii="Arial" w:hAnsi="Arial"/>
                <w:sz w:val="16"/>
                <w:szCs w:val="16"/>
              </w:rPr>
              <w:br/>
            </w:r>
            <w:r w:rsidR="00322DAA">
              <w:rPr>
                <w:sz w:val="16"/>
                <w:szCs w:val="16"/>
                <w:lang w:val="bg-BG"/>
              </w:rPr>
              <w:t>2</w:t>
            </w:r>
            <w:r w:rsidR="00322DAA" w:rsidRPr="00322DAA">
              <w:rPr>
                <w:rFonts w:ascii="Arial" w:hAnsi="Arial" w:cs="Arial"/>
                <w:sz w:val="16"/>
                <w:szCs w:val="16"/>
                <w:lang w:val="bg-BG"/>
              </w:rPr>
              <w:t>.Боровинки – 100 гр.</w:t>
            </w:r>
          </w:p>
        </w:tc>
        <w:tc>
          <w:tcPr>
            <w:tcW w:w="3096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B167ED" w:rsidRPr="00044989" w:rsidRDefault="00816E46" w:rsidP="00D13E21">
            <w:pPr>
              <w:spacing w:after="0"/>
              <w:rPr>
                <w:rFonts w:ascii="Arial" w:hAnsi="Arial"/>
                <w:color w:val="282828"/>
                <w:sz w:val="16"/>
                <w:szCs w:val="16"/>
                <w:lang w:val="bg-BG"/>
              </w:rPr>
            </w:pPr>
            <w:r w:rsidRPr="00044989">
              <w:rPr>
                <w:rFonts w:ascii="Arial" w:hAnsi="Arial"/>
                <w:b/>
                <w:color w:val="2980B9"/>
                <w:sz w:val="16"/>
                <w:szCs w:val="16"/>
              </w:rPr>
              <w:t>[ЗАКУСКА (08:30)]</w:t>
            </w:r>
            <w:r w:rsidRPr="00044989">
              <w:rPr>
                <w:rFonts w:ascii="Arial" w:hAnsi="Arial"/>
                <w:b/>
                <w:color w:val="2980B9"/>
                <w:sz w:val="16"/>
                <w:szCs w:val="16"/>
              </w:rPr>
              <w:br/>
            </w:r>
            <w:r w:rsidR="004E74AB" w:rsidRPr="00044989">
              <w:rPr>
                <w:rFonts w:ascii="Arial" w:hAnsi="Arial"/>
                <w:color w:val="282828"/>
                <w:sz w:val="16"/>
                <w:szCs w:val="16"/>
              </w:rPr>
              <w:t>1</w:t>
            </w:r>
            <w:r w:rsidR="004E74AB" w:rsidRPr="00044989">
              <w:rPr>
                <w:rFonts w:ascii="Arial" w:hAnsi="Arial"/>
                <w:color w:val="282828"/>
                <w:sz w:val="16"/>
                <w:szCs w:val="16"/>
                <w:lang w:val="bg-BG"/>
              </w:rPr>
              <w:t>.</w:t>
            </w:r>
            <w:proofErr w:type="spellStart"/>
            <w:r w:rsidRPr="00044989">
              <w:rPr>
                <w:rFonts w:ascii="Arial" w:hAnsi="Arial"/>
                <w:color w:val="282828"/>
                <w:sz w:val="16"/>
                <w:szCs w:val="16"/>
              </w:rPr>
              <w:t>Сандвич</w:t>
            </w:r>
            <w:proofErr w:type="spellEnd"/>
            <w:r w:rsidRPr="00044989">
              <w:rPr>
                <w:rFonts w:ascii="Arial" w:hAnsi="Arial"/>
                <w:color w:val="282828"/>
                <w:sz w:val="16"/>
                <w:szCs w:val="16"/>
              </w:rPr>
              <w:t xml:space="preserve"> </w:t>
            </w:r>
            <w:r w:rsidR="00D13E21" w:rsidRPr="00044989">
              <w:rPr>
                <w:rFonts w:ascii="Arial" w:hAnsi="Arial"/>
                <w:color w:val="282828"/>
                <w:sz w:val="16"/>
                <w:szCs w:val="16"/>
                <w:lang w:val="bg-BG"/>
              </w:rPr>
              <w:t xml:space="preserve">със сирене Крема </w:t>
            </w:r>
            <w:r w:rsidR="00B826C7" w:rsidRPr="00044989">
              <w:rPr>
                <w:rFonts w:ascii="Arial" w:hAnsi="Arial"/>
                <w:color w:val="282828"/>
                <w:sz w:val="16"/>
                <w:szCs w:val="16"/>
                <w:lang w:val="bg-BG"/>
              </w:rPr>
              <w:t>и домат</w:t>
            </w:r>
            <w:r w:rsidR="00D13E21" w:rsidRPr="00044989">
              <w:rPr>
                <w:rFonts w:ascii="Arial" w:hAnsi="Arial"/>
                <w:color w:val="282828"/>
                <w:sz w:val="16"/>
                <w:szCs w:val="16"/>
              </w:rPr>
              <w:t xml:space="preserve"> 8</w:t>
            </w:r>
            <w:r w:rsidR="00D13E21" w:rsidRPr="00044989">
              <w:rPr>
                <w:rFonts w:ascii="Arial" w:hAnsi="Arial"/>
                <w:color w:val="282828"/>
                <w:sz w:val="16"/>
                <w:szCs w:val="16"/>
                <w:lang w:val="bg-BG"/>
              </w:rPr>
              <w:t>0</w:t>
            </w:r>
            <w:r w:rsidRPr="00044989">
              <w:rPr>
                <w:rFonts w:ascii="Arial" w:hAnsi="Arial"/>
                <w:color w:val="282828"/>
                <w:sz w:val="16"/>
                <w:szCs w:val="16"/>
              </w:rPr>
              <w:t xml:space="preserve"> </w:t>
            </w:r>
            <w:proofErr w:type="spellStart"/>
            <w:r w:rsidRPr="00044989">
              <w:rPr>
                <w:rFonts w:ascii="Arial" w:hAnsi="Arial"/>
                <w:color w:val="282828"/>
                <w:sz w:val="16"/>
                <w:szCs w:val="16"/>
              </w:rPr>
              <w:t>гр</w:t>
            </w:r>
            <w:proofErr w:type="spellEnd"/>
            <w:r w:rsidRPr="00044989">
              <w:rPr>
                <w:rFonts w:ascii="Arial" w:hAnsi="Arial"/>
                <w:color w:val="282828"/>
                <w:sz w:val="16"/>
                <w:szCs w:val="16"/>
              </w:rPr>
              <w:t>.</w:t>
            </w:r>
            <w:r w:rsidRPr="00044989">
              <w:rPr>
                <w:rFonts w:ascii="Arial" w:hAnsi="Arial"/>
                <w:color w:val="282828"/>
                <w:sz w:val="16"/>
                <w:szCs w:val="16"/>
              </w:rPr>
              <w:br/>
              <w:t>Алергени: *(1, 7)</w:t>
            </w:r>
            <w:r w:rsidR="00B826C7" w:rsidRPr="00044989">
              <w:rPr>
                <w:rFonts w:ascii="Arial" w:hAnsi="Arial"/>
                <w:color w:val="282828"/>
                <w:sz w:val="16"/>
                <w:szCs w:val="16"/>
              </w:rPr>
              <w:t>.</w:t>
            </w:r>
            <w:r w:rsidR="00B826C7" w:rsidRPr="00044989">
              <w:rPr>
                <w:rFonts w:ascii="Arial" w:hAnsi="Arial"/>
                <w:color w:val="282828"/>
                <w:sz w:val="16"/>
                <w:szCs w:val="16"/>
              </w:rPr>
              <w:br/>
            </w:r>
            <w:r w:rsidR="00B826C7" w:rsidRPr="00044989">
              <w:rPr>
                <w:rFonts w:ascii="Arial" w:hAnsi="Arial"/>
                <w:color w:val="282828"/>
                <w:sz w:val="16"/>
                <w:szCs w:val="16"/>
                <w:lang w:val="bg-BG"/>
              </w:rPr>
              <w:t>2</w:t>
            </w:r>
            <w:r w:rsidR="004E74AB" w:rsidRPr="00044989">
              <w:rPr>
                <w:rFonts w:ascii="Arial" w:hAnsi="Arial"/>
                <w:color w:val="282828"/>
                <w:sz w:val="16"/>
                <w:szCs w:val="16"/>
                <w:lang w:val="bg-BG"/>
              </w:rPr>
              <w:t>.</w:t>
            </w:r>
            <w:r w:rsidR="00B826C7" w:rsidRPr="00044989">
              <w:rPr>
                <w:rFonts w:ascii="Arial" w:hAnsi="Arial"/>
                <w:color w:val="282828"/>
                <w:sz w:val="16"/>
                <w:szCs w:val="16"/>
                <w:lang w:val="bg-BG"/>
              </w:rPr>
              <w:t>Чай</w:t>
            </w:r>
            <w:r w:rsidRPr="00044989">
              <w:rPr>
                <w:rFonts w:ascii="Arial" w:hAnsi="Arial"/>
                <w:color w:val="282828"/>
                <w:sz w:val="16"/>
                <w:szCs w:val="16"/>
              </w:rPr>
              <w:t xml:space="preserve"> - 200 </w:t>
            </w:r>
            <w:proofErr w:type="spellStart"/>
            <w:r w:rsidRPr="00044989">
              <w:rPr>
                <w:rFonts w:ascii="Arial" w:hAnsi="Arial"/>
                <w:color w:val="282828"/>
                <w:sz w:val="16"/>
                <w:szCs w:val="16"/>
              </w:rPr>
              <w:t>гр</w:t>
            </w:r>
            <w:proofErr w:type="spellEnd"/>
            <w:r w:rsidRPr="00044989">
              <w:rPr>
                <w:rFonts w:ascii="Arial" w:hAnsi="Arial"/>
                <w:color w:val="282828"/>
                <w:sz w:val="16"/>
                <w:szCs w:val="16"/>
              </w:rPr>
              <w:t>.</w:t>
            </w:r>
          </w:p>
        </w:tc>
        <w:tc>
          <w:tcPr>
            <w:tcW w:w="3096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B167ED" w:rsidRPr="00044989" w:rsidRDefault="00816E46" w:rsidP="0099174A">
            <w:pPr>
              <w:spacing w:after="0"/>
              <w:rPr>
                <w:sz w:val="16"/>
                <w:szCs w:val="16"/>
              </w:rPr>
            </w:pPr>
            <w:r w:rsidRPr="00044989">
              <w:rPr>
                <w:rFonts w:ascii="Arial" w:hAnsi="Arial"/>
                <w:b/>
                <w:color w:val="2980B9"/>
                <w:sz w:val="16"/>
                <w:szCs w:val="16"/>
              </w:rPr>
              <w:t>[ЗАКУСКА (08:30)]</w:t>
            </w:r>
            <w:r w:rsidRPr="00044989">
              <w:rPr>
                <w:rFonts w:ascii="Arial" w:hAnsi="Arial"/>
                <w:b/>
                <w:color w:val="2980B9"/>
                <w:sz w:val="16"/>
                <w:szCs w:val="16"/>
              </w:rPr>
              <w:br/>
            </w:r>
            <w:r w:rsidRPr="00044989">
              <w:rPr>
                <w:rFonts w:ascii="Arial" w:hAnsi="Arial"/>
                <w:color w:val="282828"/>
                <w:sz w:val="16"/>
                <w:szCs w:val="16"/>
              </w:rPr>
              <w:t xml:space="preserve">1. </w:t>
            </w:r>
            <w:r w:rsidR="0099174A" w:rsidRPr="00044989">
              <w:rPr>
                <w:rFonts w:ascii="Arial" w:hAnsi="Arial"/>
                <w:color w:val="282828"/>
                <w:sz w:val="16"/>
                <w:szCs w:val="16"/>
                <w:lang w:val="bg-BG"/>
              </w:rPr>
              <w:t>Сандвич родопска закуска и краставица</w:t>
            </w:r>
            <w:r w:rsidR="004E74AB" w:rsidRPr="00044989">
              <w:rPr>
                <w:rFonts w:ascii="Arial" w:hAnsi="Arial"/>
                <w:color w:val="282828"/>
                <w:sz w:val="16"/>
                <w:szCs w:val="16"/>
              </w:rPr>
              <w:t xml:space="preserve"> - 8</w:t>
            </w:r>
            <w:r w:rsidR="004E74AB" w:rsidRPr="00044989">
              <w:rPr>
                <w:rFonts w:ascii="Arial" w:hAnsi="Arial"/>
                <w:color w:val="282828"/>
                <w:sz w:val="16"/>
                <w:szCs w:val="16"/>
                <w:lang w:val="bg-BG"/>
              </w:rPr>
              <w:t>0</w:t>
            </w:r>
            <w:r w:rsidRPr="00044989">
              <w:rPr>
                <w:rFonts w:ascii="Arial" w:hAnsi="Arial"/>
                <w:color w:val="282828"/>
                <w:sz w:val="16"/>
                <w:szCs w:val="16"/>
              </w:rPr>
              <w:t xml:space="preserve"> </w:t>
            </w:r>
            <w:proofErr w:type="spellStart"/>
            <w:r w:rsidRPr="00044989">
              <w:rPr>
                <w:rFonts w:ascii="Arial" w:hAnsi="Arial"/>
                <w:color w:val="282828"/>
                <w:sz w:val="16"/>
                <w:szCs w:val="16"/>
              </w:rPr>
              <w:t>гр</w:t>
            </w:r>
            <w:proofErr w:type="spellEnd"/>
            <w:r w:rsidRPr="00044989">
              <w:rPr>
                <w:rFonts w:ascii="Arial" w:hAnsi="Arial"/>
                <w:color w:val="282828"/>
                <w:sz w:val="16"/>
                <w:szCs w:val="16"/>
              </w:rPr>
              <w:t>.</w:t>
            </w:r>
            <w:r w:rsidRPr="00044989">
              <w:rPr>
                <w:rFonts w:ascii="Arial" w:hAnsi="Arial"/>
                <w:color w:val="282828"/>
                <w:sz w:val="16"/>
                <w:szCs w:val="16"/>
              </w:rPr>
              <w:br/>
              <w:t>Алергени: *(1, 7)</w:t>
            </w:r>
            <w:r w:rsidRPr="00044989">
              <w:rPr>
                <w:rFonts w:ascii="Arial" w:hAnsi="Arial"/>
                <w:color w:val="282828"/>
                <w:sz w:val="16"/>
                <w:szCs w:val="16"/>
              </w:rPr>
              <w:br/>
              <w:t xml:space="preserve">2. </w:t>
            </w:r>
            <w:r w:rsidR="004E74AB" w:rsidRPr="00044989">
              <w:rPr>
                <w:rFonts w:ascii="Arial" w:hAnsi="Arial"/>
                <w:color w:val="282828"/>
                <w:sz w:val="16"/>
                <w:szCs w:val="16"/>
                <w:lang w:val="bg-BG"/>
              </w:rPr>
              <w:t>Чай</w:t>
            </w:r>
            <w:r w:rsidR="00717844" w:rsidRPr="00044989">
              <w:rPr>
                <w:rFonts w:ascii="Arial" w:hAnsi="Arial"/>
                <w:color w:val="282828"/>
                <w:sz w:val="16"/>
                <w:szCs w:val="16"/>
              </w:rPr>
              <w:t xml:space="preserve"> - </w:t>
            </w:r>
            <w:r w:rsidR="00717844" w:rsidRPr="00044989">
              <w:rPr>
                <w:rFonts w:ascii="Arial" w:hAnsi="Arial"/>
                <w:color w:val="282828"/>
                <w:sz w:val="16"/>
                <w:szCs w:val="16"/>
                <w:lang w:val="bg-BG"/>
              </w:rPr>
              <w:t>200</w:t>
            </w:r>
            <w:r w:rsidRPr="00044989">
              <w:rPr>
                <w:rFonts w:ascii="Arial" w:hAnsi="Arial"/>
                <w:color w:val="282828"/>
                <w:sz w:val="16"/>
                <w:szCs w:val="16"/>
              </w:rPr>
              <w:t xml:space="preserve"> </w:t>
            </w:r>
            <w:proofErr w:type="spellStart"/>
            <w:r w:rsidRPr="00044989">
              <w:rPr>
                <w:rFonts w:ascii="Arial" w:hAnsi="Arial"/>
                <w:color w:val="282828"/>
                <w:sz w:val="16"/>
                <w:szCs w:val="16"/>
              </w:rPr>
              <w:t>гр</w:t>
            </w:r>
            <w:proofErr w:type="spellEnd"/>
            <w:r w:rsidRPr="00044989">
              <w:rPr>
                <w:rFonts w:ascii="Arial" w:hAnsi="Arial"/>
                <w:color w:val="282828"/>
                <w:sz w:val="16"/>
                <w:szCs w:val="16"/>
              </w:rPr>
              <w:t>.</w:t>
            </w:r>
            <w:r w:rsidR="00B826C7" w:rsidRPr="00044989">
              <w:rPr>
                <w:rFonts w:ascii="Arial" w:hAnsi="Arial"/>
                <w:color w:val="282828"/>
                <w:sz w:val="16"/>
                <w:szCs w:val="16"/>
                <w:lang w:val="bg-BG"/>
              </w:rPr>
              <w:t xml:space="preserve"> </w:t>
            </w:r>
            <w:r w:rsidR="00B826C7" w:rsidRPr="00044989">
              <w:rPr>
                <w:rFonts w:ascii="Arial" w:hAnsi="Arial"/>
                <w:color w:val="282828"/>
                <w:sz w:val="16"/>
                <w:szCs w:val="16"/>
              </w:rPr>
              <w:br/>
            </w:r>
            <w:r w:rsidRPr="00044989">
              <w:rPr>
                <w:rFonts w:ascii="Arial" w:hAnsi="Arial"/>
                <w:color w:val="282828"/>
                <w:sz w:val="16"/>
                <w:szCs w:val="16"/>
              </w:rPr>
              <w:br/>
            </w:r>
          </w:p>
        </w:tc>
        <w:tc>
          <w:tcPr>
            <w:tcW w:w="3096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22DAA" w:rsidRDefault="00816E46" w:rsidP="00322DAA">
            <w:pPr>
              <w:spacing w:after="0"/>
              <w:rPr>
                <w:rFonts w:ascii="Arial" w:hAnsi="Arial"/>
                <w:color w:val="282828"/>
                <w:sz w:val="16"/>
                <w:szCs w:val="16"/>
                <w:lang w:val="bg-BG"/>
              </w:rPr>
            </w:pPr>
            <w:r w:rsidRPr="00044989">
              <w:rPr>
                <w:rFonts w:ascii="Arial" w:hAnsi="Arial"/>
                <w:b/>
                <w:color w:val="2980B9"/>
                <w:sz w:val="16"/>
                <w:szCs w:val="16"/>
              </w:rPr>
              <w:t>[ЗАКУСКА (08:30)]</w:t>
            </w:r>
            <w:r w:rsidRPr="00044989">
              <w:rPr>
                <w:rFonts w:ascii="Arial" w:hAnsi="Arial"/>
                <w:b/>
                <w:color w:val="2980B9"/>
                <w:sz w:val="16"/>
                <w:szCs w:val="16"/>
              </w:rPr>
              <w:br/>
            </w:r>
            <w:r w:rsidR="0099174A" w:rsidRPr="00044989">
              <w:rPr>
                <w:rFonts w:ascii="Arial" w:hAnsi="Arial"/>
                <w:color w:val="282828"/>
                <w:sz w:val="16"/>
                <w:szCs w:val="16"/>
              </w:rPr>
              <w:t>1.</w:t>
            </w:r>
            <w:r w:rsidR="0099174A" w:rsidRPr="00044989">
              <w:rPr>
                <w:rFonts w:ascii="Arial" w:hAnsi="Arial"/>
                <w:color w:val="282828"/>
                <w:sz w:val="16"/>
                <w:szCs w:val="16"/>
                <w:lang w:val="bg-BG"/>
              </w:rPr>
              <w:t>Печен сандвич с шунка и кашкавал</w:t>
            </w:r>
            <w:r w:rsidR="00B826C7" w:rsidRPr="00044989">
              <w:rPr>
                <w:rFonts w:ascii="Arial" w:hAnsi="Arial"/>
                <w:color w:val="282828"/>
                <w:sz w:val="16"/>
                <w:szCs w:val="16"/>
              </w:rPr>
              <w:t xml:space="preserve"> - </w:t>
            </w:r>
            <w:r w:rsidR="0099174A" w:rsidRPr="00044989">
              <w:rPr>
                <w:rFonts w:ascii="Arial" w:hAnsi="Arial"/>
                <w:color w:val="282828"/>
                <w:sz w:val="16"/>
                <w:szCs w:val="16"/>
                <w:lang w:val="bg-BG"/>
              </w:rPr>
              <w:t>80</w:t>
            </w:r>
            <w:r w:rsidR="0099174A" w:rsidRPr="00044989">
              <w:rPr>
                <w:rFonts w:ascii="Arial" w:hAnsi="Arial"/>
                <w:color w:val="282828"/>
                <w:sz w:val="16"/>
                <w:szCs w:val="16"/>
              </w:rPr>
              <w:t xml:space="preserve"> </w:t>
            </w:r>
            <w:proofErr w:type="spellStart"/>
            <w:r w:rsidR="0099174A" w:rsidRPr="00044989">
              <w:rPr>
                <w:rFonts w:ascii="Arial" w:hAnsi="Arial"/>
                <w:color w:val="282828"/>
                <w:sz w:val="16"/>
                <w:szCs w:val="16"/>
              </w:rPr>
              <w:t>гр</w:t>
            </w:r>
            <w:proofErr w:type="spellEnd"/>
            <w:r w:rsidR="0099174A" w:rsidRPr="00044989">
              <w:rPr>
                <w:rFonts w:ascii="Arial" w:hAnsi="Arial"/>
                <w:color w:val="282828"/>
                <w:sz w:val="16"/>
                <w:szCs w:val="16"/>
              </w:rPr>
              <w:t>.</w:t>
            </w:r>
            <w:r w:rsidR="0099174A" w:rsidRPr="00044989">
              <w:rPr>
                <w:rFonts w:ascii="Arial" w:hAnsi="Arial"/>
                <w:color w:val="282828"/>
                <w:sz w:val="16"/>
                <w:szCs w:val="16"/>
              </w:rPr>
              <w:br/>
            </w:r>
            <w:proofErr w:type="spellStart"/>
            <w:r w:rsidR="0099174A" w:rsidRPr="00044989">
              <w:rPr>
                <w:rFonts w:ascii="Arial" w:hAnsi="Arial"/>
                <w:color w:val="282828"/>
                <w:sz w:val="16"/>
                <w:szCs w:val="16"/>
              </w:rPr>
              <w:t>Алергени</w:t>
            </w:r>
            <w:proofErr w:type="spellEnd"/>
            <w:r w:rsidR="0099174A" w:rsidRPr="00044989">
              <w:rPr>
                <w:rFonts w:ascii="Arial" w:hAnsi="Arial"/>
                <w:color w:val="282828"/>
                <w:sz w:val="16"/>
                <w:szCs w:val="16"/>
              </w:rPr>
              <w:t>: *(1,</w:t>
            </w:r>
            <w:r w:rsidRPr="00044989">
              <w:rPr>
                <w:rFonts w:ascii="Arial" w:hAnsi="Arial"/>
                <w:color w:val="282828"/>
                <w:sz w:val="16"/>
                <w:szCs w:val="16"/>
              </w:rPr>
              <w:t>7)</w:t>
            </w:r>
            <w:r w:rsidRPr="00044989">
              <w:rPr>
                <w:rFonts w:ascii="Arial" w:hAnsi="Arial"/>
                <w:color w:val="282828"/>
                <w:sz w:val="16"/>
                <w:szCs w:val="16"/>
              </w:rPr>
              <w:br/>
            </w:r>
            <w:r w:rsidR="00322DAA">
              <w:rPr>
                <w:rFonts w:ascii="Arial" w:hAnsi="Arial"/>
                <w:color w:val="282828"/>
                <w:sz w:val="16"/>
                <w:szCs w:val="16"/>
                <w:lang w:val="bg-BG"/>
              </w:rPr>
              <w:t>2.Прясно мляко</w:t>
            </w:r>
            <w:r w:rsidR="00322DAA">
              <w:rPr>
                <w:rFonts w:ascii="Arial" w:hAnsi="Arial"/>
                <w:color w:val="282828"/>
                <w:sz w:val="16"/>
                <w:szCs w:val="16"/>
                <w:lang w:val="bg-BG"/>
              </w:rPr>
              <w:t xml:space="preserve"> с какао -  20</w:t>
            </w:r>
            <w:r w:rsidR="00322DAA" w:rsidRPr="00044989">
              <w:rPr>
                <w:rFonts w:ascii="Arial" w:hAnsi="Arial"/>
                <w:color w:val="282828"/>
                <w:sz w:val="16"/>
                <w:szCs w:val="16"/>
                <w:lang w:val="bg-BG"/>
              </w:rPr>
              <w:t xml:space="preserve">0гр. </w:t>
            </w:r>
          </w:p>
          <w:p w:rsidR="00322DAA" w:rsidRPr="00044989" w:rsidRDefault="00322DAA" w:rsidP="00322DAA">
            <w:pPr>
              <w:spacing w:after="0"/>
              <w:rPr>
                <w:rFonts w:ascii="Arial" w:hAnsi="Arial"/>
                <w:color w:val="282828"/>
                <w:sz w:val="16"/>
                <w:szCs w:val="16"/>
              </w:rPr>
            </w:pPr>
            <w:r w:rsidRPr="00044989">
              <w:rPr>
                <w:rFonts w:ascii="Arial" w:hAnsi="Arial"/>
                <w:color w:val="282828"/>
                <w:sz w:val="16"/>
                <w:szCs w:val="16"/>
                <w:lang w:val="bg-BG"/>
              </w:rPr>
              <w:t xml:space="preserve"> </w:t>
            </w:r>
            <w:r w:rsidRPr="00044989">
              <w:rPr>
                <w:rFonts w:ascii="Arial" w:hAnsi="Arial"/>
                <w:color w:val="282828"/>
                <w:sz w:val="16"/>
                <w:szCs w:val="16"/>
              </w:rPr>
              <w:t>*(1, 7)</w:t>
            </w:r>
          </w:p>
          <w:p w:rsidR="00B167ED" w:rsidRPr="00044989" w:rsidRDefault="00B167ED" w:rsidP="0099174A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3096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D5D11" w:rsidRPr="00044989" w:rsidRDefault="00816E46" w:rsidP="0099174A">
            <w:pPr>
              <w:spacing w:after="0"/>
              <w:rPr>
                <w:rFonts w:ascii="Arial" w:hAnsi="Arial"/>
                <w:color w:val="282828"/>
                <w:sz w:val="16"/>
                <w:szCs w:val="16"/>
              </w:rPr>
            </w:pPr>
            <w:r w:rsidRPr="00044989">
              <w:rPr>
                <w:rFonts w:ascii="Arial" w:hAnsi="Arial"/>
                <w:b/>
                <w:color w:val="2980B9"/>
                <w:sz w:val="16"/>
                <w:szCs w:val="16"/>
              </w:rPr>
              <w:t>[ЗАКУСКА (08:30)]</w:t>
            </w:r>
            <w:r w:rsidRPr="00044989">
              <w:rPr>
                <w:rFonts w:ascii="Arial" w:hAnsi="Arial"/>
                <w:b/>
                <w:color w:val="2980B9"/>
                <w:sz w:val="16"/>
                <w:szCs w:val="16"/>
              </w:rPr>
              <w:br/>
            </w:r>
            <w:r w:rsidR="00256237" w:rsidRPr="00044989">
              <w:rPr>
                <w:rFonts w:ascii="Arial" w:hAnsi="Arial"/>
                <w:color w:val="282828"/>
                <w:sz w:val="16"/>
                <w:szCs w:val="16"/>
              </w:rPr>
              <w:t>1.</w:t>
            </w:r>
            <w:r w:rsidR="0099174A" w:rsidRPr="00044989">
              <w:rPr>
                <w:rFonts w:ascii="Arial" w:hAnsi="Arial"/>
                <w:color w:val="282828"/>
                <w:sz w:val="16"/>
                <w:szCs w:val="16"/>
                <w:lang w:val="bg-BG"/>
              </w:rPr>
              <w:t>Качамак със сирене</w:t>
            </w:r>
            <w:r w:rsidR="0099174A" w:rsidRPr="00044989">
              <w:rPr>
                <w:rFonts w:ascii="Arial" w:hAnsi="Arial"/>
                <w:color w:val="282828"/>
                <w:sz w:val="16"/>
                <w:szCs w:val="16"/>
              </w:rPr>
              <w:t xml:space="preserve"> - 150 </w:t>
            </w:r>
            <w:proofErr w:type="spellStart"/>
            <w:r w:rsidR="0099174A" w:rsidRPr="00044989">
              <w:rPr>
                <w:rFonts w:ascii="Arial" w:hAnsi="Arial"/>
                <w:color w:val="282828"/>
                <w:sz w:val="16"/>
                <w:szCs w:val="16"/>
              </w:rPr>
              <w:t>гр</w:t>
            </w:r>
            <w:proofErr w:type="spellEnd"/>
            <w:r w:rsidR="0099174A" w:rsidRPr="00044989">
              <w:rPr>
                <w:rFonts w:ascii="Arial" w:hAnsi="Arial"/>
                <w:color w:val="282828"/>
                <w:sz w:val="16"/>
                <w:szCs w:val="16"/>
              </w:rPr>
              <w:t>.</w:t>
            </w:r>
            <w:r w:rsidR="0099174A" w:rsidRPr="00044989">
              <w:rPr>
                <w:rFonts w:ascii="Arial" w:hAnsi="Arial"/>
                <w:color w:val="282828"/>
                <w:sz w:val="16"/>
                <w:szCs w:val="16"/>
              </w:rPr>
              <w:br/>
            </w:r>
            <w:proofErr w:type="spellStart"/>
            <w:r w:rsidR="0099174A" w:rsidRPr="00044989">
              <w:rPr>
                <w:rFonts w:ascii="Arial" w:hAnsi="Arial"/>
                <w:color w:val="282828"/>
                <w:sz w:val="16"/>
                <w:szCs w:val="16"/>
              </w:rPr>
              <w:t>Алергени</w:t>
            </w:r>
            <w:proofErr w:type="spellEnd"/>
            <w:r w:rsidR="0099174A" w:rsidRPr="00044989">
              <w:rPr>
                <w:rFonts w:ascii="Arial" w:hAnsi="Arial"/>
                <w:color w:val="282828"/>
                <w:sz w:val="16"/>
                <w:szCs w:val="16"/>
              </w:rPr>
              <w:t>: *(</w:t>
            </w:r>
            <w:r w:rsidRPr="00044989">
              <w:rPr>
                <w:rFonts w:ascii="Arial" w:hAnsi="Arial"/>
                <w:color w:val="282828"/>
                <w:sz w:val="16"/>
                <w:szCs w:val="16"/>
              </w:rPr>
              <w:t>7)</w:t>
            </w:r>
          </w:p>
          <w:p w:rsidR="0099174A" w:rsidRPr="00044989" w:rsidRDefault="0099174A" w:rsidP="0099174A">
            <w:pPr>
              <w:spacing w:after="0"/>
              <w:rPr>
                <w:rFonts w:ascii="Arial" w:hAnsi="Arial"/>
                <w:color w:val="282828"/>
                <w:sz w:val="16"/>
                <w:szCs w:val="16"/>
                <w:lang w:val="bg-BG"/>
              </w:rPr>
            </w:pPr>
            <w:r w:rsidRPr="00044989">
              <w:rPr>
                <w:rFonts w:ascii="Arial" w:hAnsi="Arial"/>
                <w:color w:val="282828"/>
                <w:sz w:val="16"/>
                <w:szCs w:val="16"/>
              </w:rPr>
              <w:t>2.</w:t>
            </w:r>
            <w:proofErr w:type="spellStart"/>
            <w:r w:rsidRPr="00044989">
              <w:rPr>
                <w:rFonts w:ascii="Arial" w:hAnsi="Arial"/>
                <w:color w:val="282828"/>
                <w:sz w:val="16"/>
                <w:szCs w:val="16"/>
                <w:lang w:val="bg-BG"/>
              </w:rPr>
              <w:t>Айрян</w:t>
            </w:r>
            <w:proofErr w:type="spellEnd"/>
            <w:r w:rsidRPr="00044989">
              <w:rPr>
                <w:rFonts w:ascii="Arial" w:hAnsi="Arial"/>
                <w:color w:val="282828"/>
                <w:sz w:val="16"/>
                <w:szCs w:val="16"/>
              </w:rPr>
              <w:t xml:space="preserve"> - </w:t>
            </w:r>
            <w:r w:rsidRPr="00044989">
              <w:rPr>
                <w:rFonts w:ascii="Arial" w:hAnsi="Arial"/>
                <w:color w:val="282828"/>
                <w:sz w:val="16"/>
                <w:szCs w:val="16"/>
                <w:lang w:val="bg-BG"/>
              </w:rPr>
              <w:t>2</w:t>
            </w:r>
            <w:r w:rsidRPr="00044989">
              <w:rPr>
                <w:rFonts w:ascii="Arial" w:hAnsi="Arial"/>
                <w:color w:val="282828"/>
                <w:sz w:val="16"/>
                <w:szCs w:val="16"/>
              </w:rPr>
              <w:t xml:space="preserve">00 </w:t>
            </w:r>
            <w:proofErr w:type="spellStart"/>
            <w:proofErr w:type="gramStart"/>
            <w:r w:rsidRPr="00044989">
              <w:rPr>
                <w:rFonts w:ascii="Arial" w:hAnsi="Arial"/>
                <w:color w:val="282828"/>
                <w:sz w:val="16"/>
                <w:szCs w:val="16"/>
              </w:rPr>
              <w:t>гр</w:t>
            </w:r>
            <w:proofErr w:type="spellEnd"/>
            <w:r w:rsidRPr="00044989">
              <w:rPr>
                <w:rFonts w:ascii="Arial" w:hAnsi="Arial"/>
                <w:color w:val="282828"/>
                <w:sz w:val="16"/>
                <w:szCs w:val="16"/>
              </w:rPr>
              <w:t>.</w:t>
            </w:r>
            <w:r w:rsidRPr="00044989">
              <w:rPr>
                <w:rFonts w:ascii="Arial" w:hAnsi="Arial"/>
                <w:color w:val="282828"/>
                <w:sz w:val="16"/>
                <w:szCs w:val="16"/>
                <w:lang w:val="bg-BG"/>
              </w:rPr>
              <w:t>.</w:t>
            </w:r>
            <w:proofErr w:type="gramEnd"/>
            <w:r w:rsidRPr="00044989">
              <w:rPr>
                <w:rFonts w:ascii="Arial" w:hAnsi="Arial"/>
                <w:color w:val="282828"/>
                <w:sz w:val="16"/>
                <w:szCs w:val="16"/>
                <w:lang w:val="bg-BG"/>
              </w:rPr>
              <w:t xml:space="preserve"> </w:t>
            </w:r>
            <w:r w:rsidRPr="00044989">
              <w:rPr>
                <w:rFonts w:ascii="Arial" w:hAnsi="Arial"/>
                <w:color w:val="282828"/>
                <w:sz w:val="16"/>
                <w:szCs w:val="16"/>
              </w:rPr>
              <w:t>(1, 7)</w:t>
            </w:r>
          </w:p>
        </w:tc>
      </w:tr>
      <w:tr w:rsidR="00B167ED" w:rsidTr="00D13E21">
        <w:trPr>
          <w:gridAfter w:val="1"/>
          <w:wAfter w:w="100" w:type="dxa"/>
          <w:jc w:val="center"/>
        </w:trPr>
        <w:tc>
          <w:tcPr>
            <w:tcW w:w="3096" w:type="dxa"/>
            <w:gridSpan w:val="2"/>
            <w:shd w:val="clear" w:color="auto" w:fill="F4F7F9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B167ED" w:rsidRPr="00044989" w:rsidRDefault="00816E46" w:rsidP="00D13E21">
            <w:pPr>
              <w:spacing w:after="0"/>
              <w:rPr>
                <w:sz w:val="16"/>
                <w:szCs w:val="16"/>
              </w:rPr>
            </w:pPr>
            <w:r w:rsidRPr="00044989">
              <w:rPr>
                <w:rFonts w:ascii="Arial" w:hAnsi="Arial"/>
                <w:b/>
                <w:color w:val="2980B9"/>
                <w:sz w:val="16"/>
                <w:szCs w:val="16"/>
              </w:rPr>
              <w:t>[10:00 ЧАСА]</w:t>
            </w:r>
            <w:r w:rsidRPr="00044989">
              <w:rPr>
                <w:rFonts w:ascii="Arial" w:hAnsi="Arial"/>
                <w:b/>
                <w:color w:val="2980B9"/>
                <w:sz w:val="16"/>
                <w:szCs w:val="16"/>
              </w:rPr>
              <w:br/>
            </w:r>
            <w:r w:rsidRPr="00044989">
              <w:rPr>
                <w:rFonts w:ascii="Arial" w:hAnsi="Arial"/>
                <w:color w:val="282828"/>
                <w:sz w:val="16"/>
                <w:szCs w:val="16"/>
              </w:rPr>
              <w:t xml:space="preserve">1. </w:t>
            </w:r>
            <w:proofErr w:type="spellStart"/>
            <w:r w:rsidRPr="00044989">
              <w:rPr>
                <w:rFonts w:ascii="Arial" w:hAnsi="Arial"/>
                <w:color w:val="282828"/>
                <w:sz w:val="16"/>
                <w:szCs w:val="16"/>
              </w:rPr>
              <w:t>Порция</w:t>
            </w:r>
            <w:proofErr w:type="spellEnd"/>
            <w:r w:rsidRPr="00044989">
              <w:rPr>
                <w:rFonts w:ascii="Arial" w:hAnsi="Arial"/>
                <w:color w:val="282828"/>
                <w:sz w:val="16"/>
                <w:szCs w:val="16"/>
              </w:rPr>
              <w:t xml:space="preserve"> </w:t>
            </w:r>
            <w:proofErr w:type="spellStart"/>
            <w:r w:rsidRPr="00044989">
              <w:rPr>
                <w:rFonts w:ascii="Arial" w:hAnsi="Arial"/>
                <w:color w:val="282828"/>
                <w:sz w:val="16"/>
                <w:szCs w:val="16"/>
              </w:rPr>
              <w:t>плод</w:t>
            </w:r>
            <w:proofErr w:type="spellEnd"/>
            <w:r w:rsidRPr="00044989">
              <w:rPr>
                <w:rFonts w:ascii="Arial" w:hAnsi="Arial"/>
                <w:color w:val="282828"/>
                <w:sz w:val="16"/>
                <w:szCs w:val="16"/>
              </w:rPr>
              <w:t xml:space="preserve"> </w:t>
            </w:r>
            <w:r w:rsidR="00D13E21" w:rsidRPr="00044989">
              <w:rPr>
                <w:rFonts w:ascii="Arial" w:hAnsi="Arial"/>
                <w:color w:val="282828"/>
                <w:sz w:val="16"/>
                <w:szCs w:val="16"/>
                <w:lang w:val="bg-BG"/>
              </w:rPr>
              <w:t>праскова</w:t>
            </w:r>
            <w:r w:rsidR="00B826C7" w:rsidRPr="00044989">
              <w:rPr>
                <w:rFonts w:ascii="Arial" w:hAnsi="Arial"/>
                <w:color w:val="282828"/>
                <w:sz w:val="16"/>
                <w:szCs w:val="16"/>
              </w:rPr>
              <w:t xml:space="preserve"> - </w:t>
            </w:r>
            <w:r w:rsidR="00044989">
              <w:rPr>
                <w:rFonts w:ascii="Arial" w:hAnsi="Arial"/>
                <w:color w:val="282828"/>
                <w:sz w:val="16"/>
                <w:szCs w:val="16"/>
                <w:lang w:val="bg-BG"/>
              </w:rPr>
              <w:t>10</w:t>
            </w:r>
            <w:r w:rsidR="00D13E21" w:rsidRPr="00044989">
              <w:rPr>
                <w:rFonts w:ascii="Arial" w:hAnsi="Arial"/>
                <w:color w:val="282828"/>
                <w:sz w:val="16"/>
                <w:szCs w:val="16"/>
                <w:lang w:val="bg-BG"/>
              </w:rPr>
              <w:t>0</w:t>
            </w:r>
            <w:r w:rsidRPr="00044989">
              <w:rPr>
                <w:rFonts w:ascii="Arial" w:hAnsi="Arial"/>
                <w:color w:val="282828"/>
                <w:sz w:val="16"/>
                <w:szCs w:val="16"/>
              </w:rPr>
              <w:t xml:space="preserve"> </w:t>
            </w:r>
            <w:proofErr w:type="spellStart"/>
            <w:r w:rsidRPr="00044989">
              <w:rPr>
                <w:rFonts w:ascii="Arial" w:hAnsi="Arial"/>
                <w:color w:val="282828"/>
                <w:sz w:val="16"/>
                <w:szCs w:val="16"/>
              </w:rPr>
              <w:t>гр</w:t>
            </w:r>
            <w:proofErr w:type="spellEnd"/>
            <w:r w:rsidRPr="00044989">
              <w:rPr>
                <w:rFonts w:ascii="Arial" w:hAnsi="Arial"/>
                <w:color w:val="282828"/>
                <w:sz w:val="16"/>
                <w:szCs w:val="16"/>
              </w:rPr>
              <w:t>.</w:t>
            </w:r>
          </w:p>
        </w:tc>
        <w:tc>
          <w:tcPr>
            <w:tcW w:w="3096" w:type="dxa"/>
            <w:gridSpan w:val="2"/>
            <w:shd w:val="clear" w:color="auto" w:fill="F4F7F9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B167ED" w:rsidRPr="00044989" w:rsidRDefault="00816E46" w:rsidP="00D13E21">
            <w:pPr>
              <w:spacing w:after="0"/>
              <w:rPr>
                <w:sz w:val="16"/>
                <w:szCs w:val="16"/>
              </w:rPr>
            </w:pPr>
            <w:r w:rsidRPr="00044989">
              <w:rPr>
                <w:rFonts w:ascii="Arial" w:hAnsi="Arial"/>
                <w:b/>
                <w:color w:val="2980B9"/>
                <w:sz w:val="16"/>
                <w:szCs w:val="16"/>
              </w:rPr>
              <w:t>[10:00 ЧАСА]</w:t>
            </w:r>
            <w:r w:rsidRPr="00044989">
              <w:rPr>
                <w:rFonts w:ascii="Arial" w:hAnsi="Arial"/>
                <w:b/>
                <w:color w:val="2980B9"/>
                <w:sz w:val="16"/>
                <w:szCs w:val="16"/>
              </w:rPr>
              <w:br/>
            </w:r>
            <w:r w:rsidRPr="00044989">
              <w:rPr>
                <w:rFonts w:ascii="Arial" w:hAnsi="Arial"/>
                <w:color w:val="282828"/>
                <w:sz w:val="16"/>
                <w:szCs w:val="16"/>
              </w:rPr>
              <w:t xml:space="preserve">1. </w:t>
            </w:r>
            <w:proofErr w:type="spellStart"/>
            <w:r w:rsidRPr="00044989">
              <w:rPr>
                <w:rFonts w:ascii="Arial" w:hAnsi="Arial"/>
                <w:color w:val="282828"/>
                <w:sz w:val="16"/>
                <w:szCs w:val="16"/>
              </w:rPr>
              <w:t>Порция</w:t>
            </w:r>
            <w:proofErr w:type="spellEnd"/>
            <w:r w:rsidRPr="00044989">
              <w:rPr>
                <w:rFonts w:ascii="Arial" w:hAnsi="Arial"/>
                <w:color w:val="282828"/>
                <w:sz w:val="16"/>
                <w:szCs w:val="16"/>
              </w:rPr>
              <w:t xml:space="preserve"> </w:t>
            </w:r>
            <w:proofErr w:type="spellStart"/>
            <w:r w:rsidRPr="00044989">
              <w:rPr>
                <w:rFonts w:ascii="Arial" w:hAnsi="Arial"/>
                <w:color w:val="282828"/>
                <w:sz w:val="16"/>
                <w:szCs w:val="16"/>
              </w:rPr>
              <w:t>плод</w:t>
            </w:r>
            <w:proofErr w:type="spellEnd"/>
            <w:r w:rsidRPr="00044989">
              <w:rPr>
                <w:rFonts w:ascii="Arial" w:hAnsi="Arial"/>
                <w:color w:val="282828"/>
                <w:sz w:val="16"/>
                <w:szCs w:val="16"/>
              </w:rPr>
              <w:t xml:space="preserve"> </w:t>
            </w:r>
            <w:r w:rsidR="00D13E21" w:rsidRPr="00044989">
              <w:rPr>
                <w:rFonts w:ascii="Arial" w:hAnsi="Arial"/>
                <w:color w:val="282828"/>
                <w:sz w:val="16"/>
                <w:szCs w:val="16"/>
                <w:lang w:val="bg-BG"/>
              </w:rPr>
              <w:t>банан</w:t>
            </w:r>
            <w:r w:rsidR="005A7AA3" w:rsidRPr="00044989">
              <w:rPr>
                <w:rFonts w:ascii="Arial" w:hAnsi="Arial"/>
                <w:color w:val="282828"/>
                <w:sz w:val="16"/>
                <w:szCs w:val="16"/>
              </w:rPr>
              <w:t xml:space="preserve"> - </w:t>
            </w:r>
            <w:r w:rsidR="00D13E21" w:rsidRPr="00044989">
              <w:rPr>
                <w:rFonts w:ascii="Arial" w:hAnsi="Arial"/>
                <w:color w:val="282828"/>
                <w:sz w:val="16"/>
                <w:szCs w:val="16"/>
                <w:lang w:val="bg-BG"/>
              </w:rPr>
              <w:t>50</w:t>
            </w:r>
            <w:r w:rsidRPr="00044989">
              <w:rPr>
                <w:rFonts w:ascii="Arial" w:hAnsi="Arial"/>
                <w:color w:val="282828"/>
                <w:sz w:val="16"/>
                <w:szCs w:val="16"/>
              </w:rPr>
              <w:t xml:space="preserve"> </w:t>
            </w:r>
            <w:proofErr w:type="spellStart"/>
            <w:r w:rsidRPr="00044989">
              <w:rPr>
                <w:rFonts w:ascii="Arial" w:hAnsi="Arial"/>
                <w:color w:val="282828"/>
                <w:sz w:val="16"/>
                <w:szCs w:val="16"/>
              </w:rPr>
              <w:t>гр</w:t>
            </w:r>
            <w:proofErr w:type="spellEnd"/>
            <w:r w:rsidRPr="00044989">
              <w:rPr>
                <w:rFonts w:ascii="Arial" w:hAnsi="Arial"/>
                <w:color w:val="282828"/>
                <w:sz w:val="16"/>
                <w:szCs w:val="16"/>
              </w:rPr>
              <w:t>.</w:t>
            </w:r>
          </w:p>
        </w:tc>
        <w:tc>
          <w:tcPr>
            <w:tcW w:w="3096" w:type="dxa"/>
            <w:gridSpan w:val="2"/>
            <w:shd w:val="clear" w:color="auto" w:fill="F4F7F9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B167ED" w:rsidRPr="00044989" w:rsidRDefault="00816E46" w:rsidP="00322DAA">
            <w:pPr>
              <w:spacing w:after="0"/>
              <w:rPr>
                <w:sz w:val="16"/>
                <w:szCs w:val="16"/>
              </w:rPr>
            </w:pPr>
            <w:r w:rsidRPr="00044989">
              <w:rPr>
                <w:rFonts w:ascii="Arial" w:hAnsi="Arial"/>
                <w:b/>
                <w:color w:val="2980B9"/>
                <w:sz w:val="16"/>
                <w:szCs w:val="16"/>
              </w:rPr>
              <w:t>[10:00 ЧАСА]</w:t>
            </w:r>
            <w:r w:rsidRPr="00044989">
              <w:rPr>
                <w:rFonts w:ascii="Arial" w:hAnsi="Arial"/>
                <w:b/>
                <w:color w:val="2980B9"/>
                <w:sz w:val="16"/>
                <w:szCs w:val="16"/>
              </w:rPr>
              <w:br/>
            </w:r>
            <w:r w:rsidRPr="00044989">
              <w:rPr>
                <w:rFonts w:ascii="Arial" w:hAnsi="Arial"/>
                <w:color w:val="282828"/>
                <w:sz w:val="16"/>
                <w:szCs w:val="16"/>
              </w:rPr>
              <w:t xml:space="preserve">1. </w:t>
            </w:r>
            <w:proofErr w:type="spellStart"/>
            <w:r w:rsidRPr="00044989">
              <w:rPr>
                <w:rFonts w:ascii="Arial" w:hAnsi="Arial"/>
                <w:color w:val="282828"/>
                <w:sz w:val="16"/>
                <w:szCs w:val="16"/>
              </w:rPr>
              <w:t>Порция</w:t>
            </w:r>
            <w:proofErr w:type="spellEnd"/>
            <w:r w:rsidRPr="00044989">
              <w:rPr>
                <w:rFonts w:ascii="Arial" w:hAnsi="Arial"/>
                <w:color w:val="282828"/>
                <w:sz w:val="16"/>
                <w:szCs w:val="16"/>
              </w:rPr>
              <w:t xml:space="preserve"> </w:t>
            </w:r>
            <w:proofErr w:type="spellStart"/>
            <w:r w:rsidRPr="00044989">
              <w:rPr>
                <w:rFonts w:ascii="Arial" w:hAnsi="Arial"/>
                <w:color w:val="282828"/>
                <w:sz w:val="16"/>
                <w:szCs w:val="16"/>
              </w:rPr>
              <w:t>плод</w:t>
            </w:r>
            <w:proofErr w:type="spellEnd"/>
            <w:r w:rsidRPr="00044989">
              <w:rPr>
                <w:rFonts w:ascii="Arial" w:hAnsi="Arial"/>
                <w:color w:val="282828"/>
                <w:sz w:val="16"/>
                <w:szCs w:val="16"/>
              </w:rPr>
              <w:t xml:space="preserve"> </w:t>
            </w:r>
            <w:r w:rsidR="00322DAA">
              <w:rPr>
                <w:rFonts w:ascii="Arial" w:hAnsi="Arial"/>
                <w:color w:val="282828"/>
                <w:sz w:val="16"/>
                <w:szCs w:val="16"/>
                <w:lang w:val="bg-BG"/>
              </w:rPr>
              <w:t>сини сливи</w:t>
            </w:r>
            <w:r w:rsidR="004E74AB" w:rsidRPr="00044989">
              <w:rPr>
                <w:rFonts w:ascii="Arial" w:hAnsi="Arial"/>
                <w:color w:val="282828"/>
                <w:sz w:val="16"/>
                <w:szCs w:val="16"/>
              </w:rPr>
              <w:t xml:space="preserve">- </w:t>
            </w:r>
            <w:r w:rsidR="004E74AB" w:rsidRPr="00044989">
              <w:rPr>
                <w:rFonts w:ascii="Arial" w:hAnsi="Arial"/>
                <w:color w:val="282828"/>
                <w:sz w:val="16"/>
                <w:szCs w:val="16"/>
                <w:lang w:val="bg-BG"/>
              </w:rPr>
              <w:t>5</w:t>
            </w:r>
            <w:r w:rsidRPr="00044989">
              <w:rPr>
                <w:rFonts w:ascii="Arial" w:hAnsi="Arial"/>
                <w:color w:val="282828"/>
                <w:sz w:val="16"/>
                <w:szCs w:val="16"/>
              </w:rPr>
              <w:t xml:space="preserve">0 </w:t>
            </w:r>
            <w:proofErr w:type="spellStart"/>
            <w:r w:rsidRPr="00044989">
              <w:rPr>
                <w:rFonts w:ascii="Arial" w:hAnsi="Arial"/>
                <w:color w:val="282828"/>
                <w:sz w:val="16"/>
                <w:szCs w:val="16"/>
              </w:rPr>
              <w:t>гр</w:t>
            </w:r>
            <w:proofErr w:type="spellEnd"/>
            <w:r w:rsidRPr="00044989">
              <w:rPr>
                <w:rFonts w:ascii="Arial" w:hAnsi="Arial"/>
                <w:color w:val="282828"/>
                <w:sz w:val="16"/>
                <w:szCs w:val="16"/>
              </w:rPr>
              <w:t>.</w:t>
            </w:r>
          </w:p>
        </w:tc>
        <w:tc>
          <w:tcPr>
            <w:tcW w:w="3096" w:type="dxa"/>
            <w:gridSpan w:val="2"/>
            <w:shd w:val="clear" w:color="auto" w:fill="F4F7F9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B167ED" w:rsidRPr="00044989" w:rsidRDefault="00816E46" w:rsidP="00322DAA">
            <w:pPr>
              <w:spacing w:after="0"/>
              <w:rPr>
                <w:sz w:val="16"/>
                <w:szCs w:val="16"/>
              </w:rPr>
            </w:pPr>
            <w:r w:rsidRPr="00044989">
              <w:rPr>
                <w:rFonts w:ascii="Arial" w:hAnsi="Arial"/>
                <w:b/>
                <w:color w:val="2980B9"/>
                <w:sz w:val="16"/>
                <w:szCs w:val="16"/>
              </w:rPr>
              <w:t>[10:00 ЧАСА]</w:t>
            </w:r>
            <w:r w:rsidRPr="00044989">
              <w:rPr>
                <w:rFonts w:ascii="Arial" w:hAnsi="Arial"/>
                <w:b/>
                <w:color w:val="2980B9"/>
                <w:sz w:val="16"/>
                <w:szCs w:val="16"/>
              </w:rPr>
              <w:br/>
            </w:r>
            <w:r w:rsidRPr="00044989">
              <w:rPr>
                <w:rFonts w:ascii="Arial" w:hAnsi="Arial"/>
                <w:color w:val="282828"/>
                <w:sz w:val="16"/>
                <w:szCs w:val="16"/>
              </w:rPr>
              <w:t xml:space="preserve">1. </w:t>
            </w:r>
            <w:proofErr w:type="spellStart"/>
            <w:r w:rsidRPr="00044989">
              <w:rPr>
                <w:rFonts w:ascii="Arial" w:hAnsi="Arial"/>
                <w:color w:val="282828"/>
                <w:sz w:val="16"/>
                <w:szCs w:val="16"/>
              </w:rPr>
              <w:t>Порция</w:t>
            </w:r>
            <w:proofErr w:type="spellEnd"/>
            <w:r w:rsidRPr="00044989">
              <w:rPr>
                <w:rFonts w:ascii="Arial" w:hAnsi="Arial"/>
                <w:color w:val="282828"/>
                <w:sz w:val="16"/>
                <w:szCs w:val="16"/>
              </w:rPr>
              <w:t xml:space="preserve"> </w:t>
            </w:r>
            <w:proofErr w:type="spellStart"/>
            <w:r w:rsidRPr="00044989">
              <w:rPr>
                <w:rFonts w:ascii="Arial" w:hAnsi="Arial"/>
                <w:color w:val="282828"/>
                <w:sz w:val="16"/>
                <w:szCs w:val="16"/>
              </w:rPr>
              <w:t>плод</w:t>
            </w:r>
            <w:proofErr w:type="spellEnd"/>
            <w:r w:rsidRPr="00044989">
              <w:rPr>
                <w:rFonts w:ascii="Arial" w:hAnsi="Arial"/>
                <w:color w:val="282828"/>
                <w:sz w:val="16"/>
                <w:szCs w:val="16"/>
              </w:rPr>
              <w:t xml:space="preserve"> </w:t>
            </w:r>
            <w:r w:rsidR="00322DAA">
              <w:rPr>
                <w:rFonts w:ascii="Arial" w:hAnsi="Arial"/>
                <w:color w:val="282828"/>
                <w:sz w:val="16"/>
                <w:szCs w:val="16"/>
                <w:lang w:val="bg-BG"/>
              </w:rPr>
              <w:t>ябълка</w:t>
            </w:r>
            <w:r w:rsidR="0099174A" w:rsidRPr="00044989">
              <w:rPr>
                <w:rFonts w:ascii="Arial" w:hAnsi="Arial"/>
                <w:color w:val="282828"/>
                <w:sz w:val="16"/>
                <w:szCs w:val="16"/>
              </w:rPr>
              <w:t xml:space="preserve">- </w:t>
            </w:r>
            <w:r w:rsidR="0099174A" w:rsidRPr="00044989">
              <w:rPr>
                <w:rFonts w:ascii="Arial" w:hAnsi="Arial"/>
                <w:color w:val="282828"/>
                <w:sz w:val="16"/>
                <w:szCs w:val="16"/>
                <w:lang w:val="bg-BG"/>
              </w:rPr>
              <w:t>50</w:t>
            </w:r>
            <w:r w:rsidRPr="00044989">
              <w:rPr>
                <w:rFonts w:ascii="Arial" w:hAnsi="Arial"/>
                <w:color w:val="282828"/>
                <w:sz w:val="16"/>
                <w:szCs w:val="16"/>
              </w:rPr>
              <w:t xml:space="preserve"> </w:t>
            </w:r>
            <w:proofErr w:type="spellStart"/>
            <w:r w:rsidRPr="00044989">
              <w:rPr>
                <w:rFonts w:ascii="Arial" w:hAnsi="Arial"/>
                <w:color w:val="282828"/>
                <w:sz w:val="16"/>
                <w:szCs w:val="16"/>
              </w:rPr>
              <w:t>гр</w:t>
            </w:r>
            <w:proofErr w:type="spellEnd"/>
            <w:r w:rsidRPr="00044989">
              <w:rPr>
                <w:rFonts w:ascii="Arial" w:hAnsi="Arial"/>
                <w:color w:val="282828"/>
                <w:sz w:val="16"/>
                <w:szCs w:val="16"/>
              </w:rPr>
              <w:t>.</w:t>
            </w:r>
          </w:p>
        </w:tc>
        <w:tc>
          <w:tcPr>
            <w:tcW w:w="3096" w:type="dxa"/>
            <w:gridSpan w:val="2"/>
            <w:shd w:val="clear" w:color="auto" w:fill="F4F7F9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B167ED" w:rsidRPr="00044989" w:rsidRDefault="00816E46" w:rsidP="0099174A">
            <w:pPr>
              <w:spacing w:after="0"/>
              <w:rPr>
                <w:sz w:val="16"/>
                <w:szCs w:val="16"/>
              </w:rPr>
            </w:pPr>
            <w:r w:rsidRPr="00044989">
              <w:rPr>
                <w:rFonts w:ascii="Arial" w:hAnsi="Arial"/>
                <w:b/>
                <w:color w:val="2980B9"/>
                <w:sz w:val="16"/>
                <w:szCs w:val="16"/>
              </w:rPr>
              <w:t>[10:00 ЧАСА]</w:t>
            </w:r>
            <w:r w:rsidRPr="00044989">
              <w:rPr>
                <w:rFonts w:ascii="Arial" w:hAnsi="Arial"/>
                <w:b/>
                <w:color w:val="2980B9"/>
                <w:sz w:val="16"/>
                <w:szCs w:val="16"/>
              </w:rPr>
              <w:br/>
            </w:r>
            <w:r w:rsidRPr="00044989">
              <w:rPr>
                <w:rFonts w:ascii="Arial" w:hAnsi="Arial"/>
                <w:color w:val="282828"/>
                <w:sz w:val="16"/>
                <w:szCs w:val="16"/>
              </w:rPr>
              <w:t xml:space="preserve">1. </w:t>
            </w:r>
            <w:proofErr w:type="spellStart"/>
            <w:r w:rsidRPr="00044989">
              <w:rPr>
                <w:rFonts w:ascii="Arial" w:hAnsi="Arial"/>
                <w:color w:val="282828"/>
                <w:sz w:val="16"/>
                <w:szCs w:val="16"/>
              </w:rPr>
              <w:t>Порция</w:t>
            </w:r>
            <w:proofErr w:type="spellEnd"/>
            <w:r w:rsidRPr="00044989">
              <w:rPr>
                <w:rFonts w:ascii="Arial" w:hAnsi="Arial"/>
                <w:color w:val="282828"/>
                <w:sz w:val="16"/>
                <w:szCs w:val="16"/>
              </w:rPr>
              <w:t xml:space="preserve"> </w:t>
            </w:r>
            <w:r w:rsidR="0031067B" w:rsidRPr="00044989">
              <w:rPr>
                <w:rFonts w:ascii="Arial" w:hAnsi="Arial"/>
                <w:color w:val="282828"/>
                <w:sz w:val="16"/>
                <w:szCs w:val="16"/>
                <w:lang w:val="bg-BG"/>
              </w:rPr>
              <w:t xml:space="preserve">плод </w:t>
            </w:r>
            <w:r w:rsidR="0099174A" w:rsidRPr="00044989">
              <w:rPr>
                <w:rFonts w:ascii="Arial" w:hAnsi="Arial"/>
                <w:color w:val="282828"/>
                <w:sz w:val="16"/>
                <w:szCs w:val="16"/>
                <w:lang w:val="bg-BG"/>
              </w:rPr>
              <w:t>праскова</w:t>
            </w:r>
            <w:r w:rsidR="0099174A" w:rsidRPr="00044989">
              <w:rPr>
                <w:rFonts w:ascii="Arial" w:hAnsi="Arial"/>
                <w:color w:val="282828"/>
                <w:sz w:val="16"/>
                <w:szCs w:val="16"/>
              </w:rPr>
              <w:t xml:space="preserve"> - </w:t>
            </w:r>
            <w:r w:rsidR="00E46AE3" w:rsidRPr="00044989">
              <w:rPr>
                <w:rFonts w:ascii="Arial" w:hAnsi="Arial"/>
                <w:color w:val="282828"/>
                <w:sz w:val="16"/>
                <w:szCs w:val="16"/>
                <w:lang w:val="bg-BG"/>
              </w:rPr>
              <w:t>10</w:t>
            </w:r>
            <w:r w:rsidR="0099174A" w:rsidRPr="00044989">
              <w:rPr>
                <w:rFonts w:ascii="Arial" w:hAnsi="Arial"/>
                <w:color w:val="282828"/>
                <w:sz w:val="16"/>
                <w:szCs w:val="16"/>
                <w:lang w:val="bg-BG"/>
              </w:rPr>
              <w:t>0</w:t>
            </w:r>
            <w:r w:rsidRPr="00044989">
              <w:rPr>
                <w:rFonts w:ascii="Arial" w:hAnsi="Arial"/>
                <w:color w:val="282828"/>
                <w:sz w:val="16"/>
                <w:szCs w:val="16"/>
              </w:rPr>
              <w:t xml:space="preserve"> </w:t>
            </w:r>
            <w:proofErr w:type="spellStart"/>
            <w:r w:rsidRPr="00044989">
              <w:rPr>
                <w:rFonts w:ascii="Arial" w:hAnsi="Arial"/>
                <w:color w:val="282828"/>
                <w:sz w:val="16"/>
                <w:szCs w:val="16"/>
              </w:rPr>
              <w:t>гр</w:t>
            </w:r>
            <w:proofErr w:type="spellEnd"/>
            <w:r w:rsidRPr="00044989">
              <w:rPr>
                <w:rFonts w:ascii="Arial" w:hAnsi="Arial"/>
                <w:color w:val="282828"/>
                <w:sz w:val="16"/>
                <w:szCs w:val="16"/>
              </w:rPr>
              <w:t>.</w:t>
            </w:r>
          </w:p>
        </w:tc>
      </w:tr>
      <w:tr w:rsidR="00B167ED" w:rsidTr="00D13E21">
        <w:trPr>
          <w:gridAfter w:val="1"/>
          <w:wAfter w:w="100" w:type="dxa"/>
          <w:jc w:val="center"/>
        </w:trPr>
        <w:tc>
          <w:tcPr>
            <w:tcW w:w="3096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B167ED" w:rsidRPr="00044989" w:rsidRDefault="00816E46" w:rsidP="00D13E21">
            <w:pPr>
              <w:spacing w:after="0"/>
              <w:rPr>
                <w:sz w:val="16"/>
                <w:szCs w:val="16"/>
              </w:rPr>
            </w:pPr>
            <w:r w:rsidRPr="00044989">
              <w:rPr>
                <w:rFonts w:ascii="Arial" w:hAnsi="Arial"/>
                <w:b/>
                <w:color w:val="2980B9"/>
                <w:sz w:val="16"/>
                <w:szCs w:val="16"/>
              </w:rPr>
              <w:t>[ОБЯД (12:00)]</w:t>
            </w:r>
            <w:r w:rsidRPr="00044989">
              <w:rPr>
                <w:rFonts w:ascii="Arial" w:hAnsi="Arial"/>
                <w:b/>
                <w:color w:val="2980B9"/>
                <w:sz w:val="16"/>
                <w:szCs w:val="16"/>
              </w:rPr>
              <w:br/>
            </w:r>
            <w:r w:rsidR="004E74AB" w:rsidRPr="00044989">
              <w:rPr>
                <w:rFonts w:ascii="Arial" w:hAnsi="Arial"/>
                <w:color w:val="282828"/>
                <w:sz w:val="16"/>
                <w:szCs w:val="16"/>
              </w:rPr>
              <w:t>1.</w:t>
            </w:r>
            <w:r w:rsidRPr="00044989">
              <w:rPr>
                <w:rFonts w:ascii="Arial" w:hAnsi="Arial"/>
                <w:color w:val="282828"/>
                <w:sz w:val="16"/>
                <w:szCs w:val="16"/>
              </w:rPr>
              <w:t>Хл</w:t>
            </w:r>
            <w:r w:rsidR="00B826C7" w:rsidRPr="00044989">
              <w:rPr>
                <w:rFonts w:ascii="Arial" w:hAnsi="Arial"/>
                <w:color w:val="282828"/>
                <w:sz w:val="16"/>
                <w:szCs w:val="16"/>
              </w:rPr>
              <w:t>яб "</w:t>
            </w:r>
            <w:proofErr w:type="spellStart"/>
            <w:r w:rsidR="00B826C7" w:rsidRPr="00044989">
              <w:rPr>
                <w:rFonts w:ascii="Arial" w:hAnsi="Arial"/>
                <w:color w:val="282828"/>
                <w:sz w:val="16"/>
                <w:szCs w:val="16"/>
              </w:rPr>
              <w:t>Добруджа</w:t>
            </w:r>
            <w:proofErr w:type="spellEnd"/>
            <w:r w:rsidR="00B826C7" w:rsidRPr="00044989">
              <w:rPr>
                <w:rFonts w:ascii="Arial" w:hAnsi="Arial"/>
                <w:color w:val="282828"/>
                <w:sz w:val="16"/>
                <w:szCs w:val="16"/>
              </w:rPr>
              <w:t>" УС - 35 гр. *(1)</w:t>
            </w:r>
            <w:r w:rsidR="004E74AB" w:rsidRPr="00044989">
              <w:rPr>
                <w:rFonts w:ascii="Arial" w:hAnsi="Arial"/>
                <w:sz w:val="16"/>
                <w:szCs w:val="16"/>
              </w:rPr>
              <w:br/>
              <w:t>2.</w:t>
            </w:r>
            <w:r w:rsidR="00B826C7" w:rsidRPr="00044989">
              <w:rPr>
                <w:rFonts w:ascii="Arial" w:hAnsi="Arial"/>
                <w:sz w:val="16"/>
                <w:szCs w:val="16"/>
              </w:rPr>
              <w:t xml:space="preserve">Крем </w:t>
            </w:r>
            <w:proofErr w:type="spellStart"/>
            <w:r w:rsidR="00B826C7" w:rsidRPr="00044989">
              <w:rPr>
                <w:rFonts w:ascii="Arial" w:hAnsi="Arial"/>
                <w:sz w:val="16"/>
                <w:szCs w:val="16"/>
              </w:rPr>
              <w:t>супа</w:t>
            </w:r>
            <w:proofErr w:type="spellEnd"/>
            <w:r w:rsidR="00B826C7" w:rsidRPr="00044989">
              <w:rPr>
                <w:rFonts w:ascii="Arial" w:hAnsi="Arial"/>
                <w:sz w:val="16"/>
                <w:szCs w:val="16"/>
              </w:rPr>
              <w:t xml:space="preserve"> </w:t>
            </w:r>
            <w:proofErr w:type="spellStart"/>
            <w:r w:rsidR="00B826C7" w:rsidRPr="00044989">
              <w:rPr>
                <w:rFonts w:ascii="Arial" w:hAnsi="Arial"/>
                <w:sz w:val="16"/>
                <w:szCs w:val="16"/>
              </w:rPr>
              <w:t>от</w:t>
            </w:r>
            <w:proofErr w:type="spellEnd"/>
            <w:r w:rsidR="00B826C7" w:rsidRPr="00044989">
              <w:rPr>
                <w:rFonts w:ascii="Arial" w:hAnsi="Arial"/>
                <w:sz w:val="16"/>
                <w:szCs w:val="16"/>
              </w:rPr>
              <w:t xml:space="preserve"> </w:t>
            </w:r>
            <w:proofErr w:type="spellStart"/>
            <w:r w:rsidR="00D13E21" w:rsidRPr="00044989">
              <w:rPr>
                <w:rFonts w:ascii="Arial" w:hAnsi="Arial"/>
                <w:sz w:val="16"/>
                <w:szCs w:val="16"/>
                <w:lang w:val="bg-BG"/>
              </w:rPr>
              <w:t>пуешко</w:t>
            </w:r>
            <w:proofErr w:type="spellEnd"/>
            <w:r w:rsidR="00D13E21" w:rsidRPr="00044989">
              <w:rPr>
                <w:rFonts w:ascii="Arial" w:hAnsi="Arial"/>
                <w:sz w:val="16"/>
                <w:szCs w:val="16"/>
                <w:lang w:val="bg-BG"/>
              </w:rPr>
              <w:t xml:space="preserve"> месо -</w:t>
            </w:r>
            <w:r w:rsidR="00D13E21" w:rsidRPr="00044989">
              <w:rPr>
                <w:rFonts w:ascii="Arial" w:hAnsi="Arial"/>
                <w:sz w:val="16"/>
                <w:szCs w:val="16"/>
              </w:rPr>
              <w:t xml:space="preserve"> 100 г (</w:t>
            </w:r>
            <w:r w:rsidR="00D13E21" w:rsidRPr="00044989">
              <w:rPr>
                <w:rFonts w:ascii="Arial" w:hAnsi="Arial"/>
                <w:sz w:val="16"/>
                <w:szCs w:val="16"/>
                <w:lang w:val="bg-BG"/>
              </w:rPr>
              <w:t>1</w:t>
            </w:r>
            <w:r w:rsidR="00B826C7" w:rsidRPr="00044989">
              <w:rPr>
                <w:rFonts w:ascii="Arial" w:hAnsi="Arial"/>
                <w:sz w:val="16"/>
                <w:szCs w:val="16"/>
              </w:rPr>
              <w:t>,</w:t>
            </w:r>
            <w:r w:rsidR="00D13E21" w:rsidRPr="00044989">
              <w:rPr>
                <w:rFonts w:ascii="Arial" w:hAnsi="Arial"/>
                <w:sz w:val="16"/>
                <w:szCs w:val="16"/>
                <w:lang w:val="bg-BG"/>
              </w:rPr>
              <w:t>3,</w:t>
            </w:r>
            <w:r w:rsidR="004E74AB" w:rsidRPr="00044989">
              <w:rPr>
                <w:rFonts w:ascii="Arial" w:hAnsi="Arial"/>
                <w:sz w:val="16"/>
                <w:szCs w:val="16"/>
              </w:rPr>
              <w:t>7,9)</w:t>
            </w:r>
            <w:r w:rsidR="004E74AB" w:rsidRPr="00044989">
              <w:rPr>
                <w:rFonts w:ascii="Arial" w:hAnsi="Arial"/>
                <w:sz w:val="16"/>
                <w:szCs w:val="16"/>
              </w:rPr>
              <w:br/>
              <w:t>3.</w:t>
            </w:r>
            <w:r w:rsidR="00B826C7" w:rsidRPr="00044989">
              <w:rPr>
                <w:rFonts w:ascii="Arial" w:hAnsi="Arial"/>
                <w:sz w:val="16"/>
                <w:szCs w:val="16"/>
              </w:rPr>
              <w:t xml:space="preserve">Яхния </w:t>
            </w:r>
            <w:proofErr w:type="spellStart"/>
            <w:r w:rsidR="00B826C7" w:rsidRPr="00044989">
              <w:rPr>
                <w:rFonts w:ascii="Arial" w:hAnsi="Arial"/>
                <w:sz w:val="16"/>
                <w:szCs w:val="16"/>
              </w:rPr>
              <w:t>от</w:t>
            </w:r>
            <w:proofErr w:type="spellEnd"/>
            <w:r w:rsidR="00B826C7" w:rsidRPr="00044989">
              <w:rPr>
                <w:rFonts w:ascii="Arial" w:hAnsi="Arial"/>
                <w:sz w:val="16"/>
                <w:szCs w:val="16"/>
              </w:rPr>
              <w:t xml:space="preserve"> </w:t>
            </w:r>
            <w:r w:rsidR="00D13E21" w:rsidRPr="00044989">
              <w:rPr>
                <w:rFonts w:ascii="Arial" w:hAnsi="Arial"/>
                <w:sz w:val="16"/>
                <w:szCs w:val="16"/>
                <w:lang w:val="bg-BG"/>
              </w:rPr>
              <w:t xml:space="preserve">зрял фасул - </w:t>
            </w:r>
            <w:r w:rsidR="00B826C7" w:rsidRPr="00044989">
              <w:rPr>
                <w:rFonts w:ascii="Arial" w:hAnsi="Arial"/>
                <w:sz w:val="16"/>
                <w:szCs w:val="16"/>
              </w:rPr>
              <w:t xml:space="preserve"> 130 г (</w:t>
            </w:r>
            <w:r w:rsidR="00D13E21" w:rsidRPr="00044989">
              <w:rPr>
                <w:rFonts w:ascii="Arial" w:hAnsi="Arial"/>
                <w:sz w:val="16"/>
                <w:szCs w:val="16"/>
                <w:lang w:val="bg-BG"/>
              </w:rPr>
              <w:t>1,</w:t>
            </w:r>
            <w:r w:rsidR="00322DAA">
              <w:rPr>
                <w:rFonts w:ascii="Arial" w:hAnsi="Arial"/>
                <w:sz w:val="16"/>
                <w:szCs w:val="16"/>
                <w:lang w:val="bg-BG"/>
              </w:rPr>
              <w:t>7,</w:t>
            </w:r>
            <w:r w:rsidR="004E74AB" w:rsidRPr="00044989">
              <w:rPr>
                <w:rFonts w:ascii="Arial" w:hAnsi="Arial"/>
                <w:sz w:val="16"/>
                <w:szCs w:val="16"/>
              </w:rPr>
              <w:t>9)</w:t>
            </w:r>
            <w:r w:rsidR="004E74AB" w:rsidRPr="00044989">
              <w:rPr>
                <w:rFonts w:ascii="Arial" w:hAnsi="Arial"/>
                <w:sz w:val="16"/>
                <w:szCs w:val="16"/>
              </w:rPr>
              <w:br/>
              <w:t>4.</w:t>
            </w:r>
            <w:r w:rsidR="00B826C7" w:rsidRPr="00044989">
              <w:rPr>
                <w:rFonts w:ascii="Arial" w:hAnsi="Arial"/>
                <w:sz w:val="16"/>
                <w:szCs w:val="16"/>
              </w:rPr>
              <w:t xml:space="preserve">Салата </w:t>
            </w:r>
            <w:proofErr w:type="spellStart"/>
            <w:r w:rsidR="00B826C7" w:rsidRPr="00044989">
              <w:rPr>
                <w:rFonts w:ascii="Arial" w:hAnsi="Arial"/>
                <w:sz w:val="16"/>
                <w:szCs w:val="16"/>
              </w:rPr>
              <w:t>от</w:t>
            </w:r>
            <w:proofErr w:type="spellEnd"/>
            <w:r w:rsidR="00B826C7" w:rsidRPr="00044989">
              <w:rPr>
                <w:rFonts w:ascii="Arial" w:hAnsi="Arial"/>
                <w:sz w:val="16"/>
                <w:szCs w:val="16"/>
              </w:rPr>
              <w:t xml:space="preserve"> </w:t>
            </w:r>
            <w:proofErr w:type="spellStart"/>
            <w:r w:rsidR="00B826C7" w:rsidRPr="00044989">
              <w:rPr>
                <w:rFonts w:ascii="Arial" w:hAnsi="Arial"/>
                <w:sz w:val="16"/>
                <w:szCs w:val="16"/>
              </w:rPr>
              <w:t>стерилизирани</w:t>
            </w:r>
            <w:proofErr w:type="spellEnd"/>
            <w:r w:rsidR="00B826C7" w:rsidRPr="00044989">
              <w:rPr>
                <w:rFonts w:ascii="Arial" w:hAnsi="Arial"/>
                <w:sz w:val="16"/>
                <w:szCs w:val="16"/>
              </w:rPr>
              <w:t xml:space="preserve"> </w:t>
            </w:r>
            <w:proofErr w:type="spellStart"/>
            <w:r w:rsidR="00B826C7" w:rsidRPr="00044989">
              <w:rPr>
                <w:rFonts w:ascii="Arial" w:hAnsi="Arial"/>
                <w:sz w:val="16"/>
                <w:szCs w:val="16"/>
              </w:rPr>
              <w:t>краставички</w:t>
            </w:r>
            <w:proofErr w:type="spellEnd"/>
            <w:r w:rsidR="00D13E21" w:rsidRPr="00044989">
              <w:rPr>
                <w:rFonts w:ascii="Arial" w:hAnsi="Arial"/>
                <w:sz w:val="16"/>
                <w:szCs w:val="16"/>
                <w:lang w:val="bg-BG"/>
              </w:rPr>
              <w:t xml:space="preserve"> - </w:t>
            </w:r>
            <w:r w:rsidR="00B826C7" w:rsidRPr="00044989">
              <w:rPr>
                <w:rFonts w:ascii="Arial" w:hAnsi="Arial"/>
                <w:sz w:val="16"/>
                <w:szCs w:val="16"/>
              </w:rPr>
              <w:t xml:space="preserve"> 80 г</w:t>
            </w:r>
          </w:p>
        </w:tc>
        <w:tc>
          <w:tcPr>
            <w:tcW w:w="3096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A4537" w:rsidRPr="00044989" w:rsidRDefault="00816E46" w:rsidP="00D13E21">
            <w:pPr>
              <w:spacing w:after="0"/>
              <w:rPr>
                <w:rFonts w:ascii="Arial" w:hAnsi="Arial"/>
                <w:color w:val="282828"/>
                <w:sz w:val="16"/>
                <w:szCs w:val="16"/>
              </w:rPr>
            </w:pPr>
            <w:r w:rsidRPr="00044989">
              <w:rPr>
                <w:rFonts w:ascii="Arial" w:hAnsi="Arial"/>
                <w:b/>
                <w:color w:val="2980B9"/>
                <w:sz w:val="16"/>
                <w:szCs w:val="16"/>
              </w:rPr>
              <w:t>[ОБЯД (12:00)]</w:t>
            </w:r>
            <w:r w:rsidRPr="00044989">
              <w:rPr>
                <w:rFonts w:ascii="Arial" w:hAnsi="Arial"/>
                <w:b/>
                <w:color w:val="2980B9"/>
                <w:sz w:val="16"/>
                <w:szCs w:val="16"/>
              </w:rPr>
              <w:br/>
            </w:r>
            <w:r w:rsidR="004E74AB" w:rsidRPr="00044989">
              <w:rPr>
                <w:rFonts w:ascii="Arial" w:hAnsi="Arial"/>
                <w:color w:val="282828"/>
                <w:sz w:val="16"/>
                <w:szCs w:val="16"/>
              </w:rPr>
              <w:t>1.</w:t>
            </w:r>
            <w:r w:rsidRPr="00044989">
              <w:rPr>
                <w:rFonts w:ascii="Arial" w:hAnsi="Arial"/>
                <w:color w:val="282828"/>
                <w:sz w:val="16"/>
                <w:szCs w:val="16"/>
              </w:rPr>
              <w:t>Хля</w:t>
            </w:r>
            <w:r w:rsidR="004E74AB" w:rsidRPr="00044989">
              <w:rPr>
                <w:rFonts w:ascii="Arial" w:hAnsi="Arial"/>
                <w:color w:val="282828"/>
                <w:sz w:val="16"/>
                <w:szCs w:val="16"/>
              </w:rPr>
              <w:t xml:space="preserve">б </w:t>
            </w:r>
            <w:proofErr w:type="spellStart"/>
            <w:r w:rsidR="004E74AB" w:rsidRPr="00044989">
              <w:rPr>
                <w:rFonts w:ascii="Arial" w:hAnsi="Arial"/>
                <w:color w:val="282828"/>
                <w:sz w:val="16"/>
                <w:szCs w:val="16"/>
              </w:rPr>
              <w:t>пълнозърнест</w:t>
            </w:r>
            <w:proofErr w:type="spellEnd"/>
            <w:r w:rsidR="004E74AB" w:rsidRPr="00044989">
              <w:rPr>
                <w:rFonts w:ascii="Arial" w:hAnsi="Arial"/>
                <w:color w:val="282828"/>
                <w:sz w:val="16"/>
                <w:szCs w:val="16"/>
              </w:rPr>
              <w:t xml:space="preserve"> - 35 </w:t>
            </w:r>
            <w:proofErr w:type="spellStart"/>
            <w:r w:rsidR="004E74AB" w:rsidRPr="00044989">
              <w:rPr>
                <w:rFonts w:ascii="Arial" w:hAnsi="Arial"/>
                <w:color w:val="282828"/>
                <w:sz w:val="16"/>
                <w:szCs w:val="16"/>
              </w:rPr>
              <w:t>гр</w:t>
            </w:r>
            <w:proofErr w:type="spellEnd"/>
            <w:r w:rsidR="004E74AB" w:rsidRPr="00044989">
              <w:rPr>
                <w:rFonts w:ascii="Arial" w:hAnsi="Arial"/>
                <w:color w:val="282828"/>
                <w:sz w:val="16"/>
                <w:szCs w:val="16"/>
              </w:rPr>
              <w:t>. *(1)</w:t>
            </w:r>
            <w:r w:rsidR="004E74AB" w:rsidRPr="00044989">
              <w:rPr>
                <w:rFonts w:ascii="Arial" w:hAnsi="Arial"/>
                <w:color w:val="282828"/>
                <w:sz w:val="16"/>
                <w:szCs w:val="16"/>
              </w:rPr>
              <w:br/>
              <w:t>2.</w:t>
            </w:r>
            <w:r w:rsidR="00D13E21" w:rsidRPr="00044989">
              <w:rPr>
                <w:rFonts w:ascii="Arial" w:hAnsi="Arial"/>
                <w:color w:val="282828"/>
                <w:sz w:val="16"/>
                <w:szCs w:val="16"/>
                <w:lang w:val="bg-BG"/>
              </w:rPr>
              <w:t>Супа от риба със застройка</w:t>
            </w:r>
            <w:r w:rsidR="00D13E21" w:rsidRPr="00044989">
              <w:rPr>
                <w:rFonts w:ascii="Arial" w:hAnsi="Arial"/>
                <w:color w:val="282828"/>
                <w:sz w:val="16"/>
                <w:szCs w:val="16"/>
              </w:rPr>
              <w:t xml:space="preserve"> - 100 </w:t>
            </w:r>
            <w:proofErr w:type="spellStart"/>
            <w:r w:rsidR="00D13E21" w:rsidRPr="00044989">
              <w:rPr>
                <w:rFonts w:ascii="Arial" w:hAnsi="Arial"/>
                <w:color w:val="282828"/>
                <w:sz w:val="16"/>
                <w:szCs w:val="16"/>
              </w:rPr>
              <w:t>гр</w:t>
            </w:r>
            <w:proofErr w:type="spellEnd"/>
            <w:r w:rsidR="00D13E21" w:rsidRPr="00044989">
              <w:rPr>
                <w:rFonts w:ascii="Arial" w:hAnsi="Arial"/>
                <w:color w:val="282828"/>
                <w:sz w:val="16"/>
                <w:szCs w:val="16"/>
              </w:rPr>
              <w:t>. *(</w:t>
            </w:r>
            <w:r w:rsidR="00D13E21" w:rsidRPr="00044989">
              <w:rPr>
                <w:rFonts w:ascii="Arial" w:hAnsi="Arial"/>
                <w:color w:val="282828"/>
                <w:sz w:val="16"/>
                <w:szCs w:val="16"/>
                <w:lang w:val="bg-BG"/>
              </w:rPr>
              <w:t>1,3,4,7,9</w:t>
            </w:r>
            <w:r w:rsidR="004E74AB" w:rsidRPr="00044989">
              <w:rPr>
                <w:rFonts w:ascii="Arial" w:hAnsi="Arial"/>
                <w:color w:val="282828"/>
                <w:sz w:val="16"/>
                <w:szCs w:val="16"/>
              </w:rPr>
              <w:t>)</w:t>
            </w:r>
            <w:r w:rsidR="004E74AB" w:rsidRPr="00044989">
              <w:rPr>
                <w:rFonts w:ascii="Arial" w:hAnsi="Arial"/>
                <w:color w:val="282828"/>
                <w:sz w:val="16"/>
                <w:szCs w:val="16"/>
              </w:rPr>
              <w:br/>
              <w:t>3.</w:t>
            </w:r>
            <w:r w:rsidR="00D13E21" w:rsidRPr="00044989">
              <w:rPr>
                <w:rFonts w:ascii="Arial" w:hAnsi="Arial"/>
                <w:color w:val="282828"/>
                <w:sz w:val="16"/>
                <w:szCs w:val="16"/>
                <w:lang w:val="bg-BG"/>
              </w:rPr>
              <w:t>Кюфтета с бял сос</w:t>
            </w:r>
            <w:r w:rsidR="00B826C7" w:rsidRPr="00044989">
              <w:rPr>
                <w:rFonts w:ascii="Arial" w:hAnsi="Arial"/>
                <w:color w:val="282828"/>
                <w:sz w:val="16"/>
                <w:szCs w:val="16"/>
              </w:rPr>
              <w:t xml:space="preserve"> - 130 </w:t>
            </w:r>
            <w:proofErr w:type="spellStart"/>
            <w:r w:rsidR="00B826C7" w:rsidRPr="00044989">
              <w:rPr>
                <w:rFonts w:ascii="Arial" w:hAnsi="Arial"/>
                <w:color w:val="282828"/>
                <w:sz w:val="16"/>
                <w:szCs w:val="16"/>
              </w:rPr>
              <w:t>гр</w:t>
            </w:r>
            <w:proofErr w:type="spellEnd"/>
            <w:r w:rsidR="00B826C7" w:rsidRPr="00044989">
              <w:rPr>
                <w:rFonts w:ascii="Arial" w:hAnsi="Arial"/>
                <w:color w:val="282828"/>
                <w:sz w:val="16"/>
                <w:szCs w:val="16"/>
              </w:rPr>
              <w:t>. *(1</w:t>
            </w:r>
            <w:r w:rsidRPr="00044989">
              <w:rPr>
                <w:rFonts w:ascii="Arial" w:hAnsi="Arial"/>
                <w:color w:val="282828"/>
                <w:sz w:val="16"/>
                <w:szCs w:val="16"/>
              </w:rPr>
              <w:t>)</w:t>
            </w:r>
          </w:p>
          <w:p w:rsidR="00B167ED" w:rsidRPr="00044989" w:rsidRDefault="00ED2F93" w:rsidP="004E74AB">
            <w:pPr>
              <w:spacing w:after="0"/>
              <w:rPr>
                <w:rFonts w:ascii="Arial" w:hAnsi="Arial"/>
                <w:color w:val="282828"/>
                <w:sz w:val="16"/>
                <w:szCs w:val="16"/>
              </w:rPr>
            </w:pPr>
            <w:r w:rsidRPr="00044989">
              <w:rPr>
                <w:rFonts w:ascii="Arial" w:hAnsi="Arial"/>
                <w:color w:val="282828"/>
                <w:sz w:val="16"/>
                <w:szCs w:val="16"/>
                <w:lang w:val="bg-BG"/>
              </w:rPr>
              <w:t>4.</w:t>
            </w:r>
            <w:proofErr w:type="spellStart"/>
            <w:r w:rsidR="00B826C7" w:rsidRPr="00044989">
              <w:rPr>
                <w:rFonts w:ascii="Arial" w:hAnsi="Arial"/>
                <w:color w:val="282828"/>
                <w:sz w:val="16"/>
                <w:szCs w:val="16"/>
              </w:rPr>
              <w:t>Порция</w:t>
            </w:r>
            <w:proofErr w:type="spellEnd"/>
            <w:r w:rsidR="00B826C7" w:rsidRPr="00044989">
              <w:rPr>
                <w:rFonts w:ascii="Arial" w:hAnsi="Arial"/>
                <w:color w:val="282828"/>
                <w:sz w:val="16"/>
                <w:szCs w:val="16"/>
              </w:rPr>
              <w:t xml:space="preserve"> </w:t>
            </w:r>
            <w:proofErr w:type="spellStart"/>
            <w:r w:rsidR="00B826C7" w:rsidRPr="00044989">
              <w:rPr>
                <w:rFonts w:ascii="Arial" w:hAnsi="Arial"/>
                <w:color w:val="282828"/>
                <w:sz w:val="16"/>
                <w:szCs w:val="16"/>
              </w:rPr>
              <w:t>плод</w:t>
            </w:r>
            <w:proofErr w:type="spellEnd"/>
            <w:r w:rsidR="00B826C7" w:rsidRPr="00044989">
              <w:rPr>
                <w:rFonts w:ascii="Arial" w:hAnsi="Arial"/>
                <w:color w:val="282828"/>
                <w:sz w:val="16"/>
                <w:szCs w:val="16"/>
              </w:rPr>
              <w:t xml:space="preserve"> </w:t>
            </w:r>
            <w:r w:rsidR="004E74AB" w:rsidRPr="00044989">
              <w:rPr>
                <w:rFonts w:ascii="Arial" w:hAnsi="Arial"/>
                <w:color w:val="282828"/>
                <w:sz w:val="16"/>
                <w:szCs w:val="16"/>
                <w:lang w:val="bg-BG"/>
              </w:rPr>
              <w:t>банан</w:t>
            </w:r>
            <w:r w:rsidR="004E74AB" w:rsidRPr="00044989">
              <w:rPr>
                <w:rFonts w:ascii="Arial" w:hAnsi="Arial"/>
                <w:color w:val="282828"/>
                <w:sz w:val="16"/>
                <w:szCs w:val="16"/>
              </w:rPr>
              <w:t>-</w:t>
            </w:r>
            <w:r w:rsidR="004E74AB" w:rsidRPr="00044989">
              <w:rPr>
                <w:rFonts w:ascii="Arial" w:hAnsi="Arial"/>
                <w:color w:val="282828"/>
                <w:sz w:val="16"/>
                <w:szCs w:val="16"/>
                <w:lang w:val="bg-BG"/>
              </w:rPr>
              <w:t xml:space="preserve"> 5</w:t>
            </w:r>
            <w:r w:rsidR="00B826C7" w:rsidRPr="00044989">
              <w:rPr>
                <w:rFonts w:ascii="Arial" w:hAnsi="Arial"/>
                <w:color w:val="282828"/>
                <w:sz w:val="16"/>
                <w:szCs w:val="16"/>
              </w:rPr>
              <w:t xml:space="preserve">0 </w:t>
            </w:r>
            <w:proofErr w:type="spellStart"/>
            <w:r w:rsidR="00B826C7" w:rsidRPr="00044989">
              <w:rPr>
                <w:rFonts w:ascii="Arial" w:hAnsi="Arial"/>
                <w:color w:val="282828"/>
                <w:sz w:val="16"/>
                <w:szCs w:val="16"/>
              </w:rPr>
              <w:t>гр</w:t>
            </w:r>
            <w:proofErr w:type="spellEnd"/>
            <w:r w:rsidR="00B826C7" w:rsidRPr="00044989">
              <w:rPr>
                <w:rFonts w:ascii="Arial" w:hAnsi="Arial"/>
                <w:color w:val="282828"/>
                <w:sz w:val="16"/>
                <w:szCs w:val="16"/>
              </w:rPr>
              <w:t>.</w:t>
            </w:r>
            <w:r w:rsidR="00816E46" w:rsidRPr="00044989">
              <w:rPr>
                <w:rFonts w:ascii="Arial" w:hAnsi="Arial"/>
                <w:color w:val="282828"/>
                <w:sz w:val="16"/>
                <w:szCs w:val="16"/>
              </w:rPr>
              <w:br/>
            </w:r>
          </w:p>
        </w:tc>
        <w:tc>
          <w:tcPr>
            <w:tcW w:w="3096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B167ED" w:rsidRPr="00044989" w:rsidRDefault="00816E46" w:rsidP="0099174A">
            <w:pPr>
              <w:spacing w:after="0"/>
              <w:rPr>
                <w:rFonts w:ascii="Arial" w:hAnsi="Arial"/>
                <w:color w:val="282828"/>
                <w:sz w:val="16"/>
                <w:szCs w:val="16"/>
                <w:lang w:val="bg-BG"/>
              </w:rPr>
            </w:pPr>
            <w:r w:rsidRPr="00044989">
              <w:rPr>
                <w:rFonts w:ascii="Arial" w:hAnsi="Arial"/>
                <w:b/>
                <w:color w:val="2980B9"/>
                <w:sz w:val="16"/>
                <w:szCs w:val="16"/>
              </w:rPr>
              <w:t>[ОБЯД (12:00)]</w:t>
            </w:r>
            <w:r w:rsidRPr="00044989">
              <w:rPr>
                <w:rFonts w:ascii="Arial" w:hAnsi="Arial"/>
                <w:b/>
                <w:color w:val="2980B9"/>
                <w:sz w:val="16"/>
                <w:szCs w:val="16"/>
              </w:rPr>
              <w:br/>
            </w:r>
            <w:r w:rsidR="00256237" w:rsidRPr="00044989">
              <w:rPr>
                <w:rFonts w:ascii="Arial" w:hAnsi="Arial"/>
                <w:color w:val="282828"/>
                <w:sz w:val="16"/>
                <w:szCs w:val="16"/>
              </w:rPr>
              <w:t>1.</w:t>
            </w:r>
            <w:r w:rsidRPr="00044989">
              <w:rPr>
                <w:rFonts w:ascii="Arial" w:hAnsi="Arial"/>
                <w:color w:val="282828"/>
                <w:sz w:val="16"/>
                <w:szCs w:val="16"/>
              </w:rPr>
              <w:t>Хляб</w:t>
            </w:r>
            <w:r w:rsidR="00256237" w:rsidRPr="00044989">
              <w:rPr>
                <w:rFonts w:ascii="Arial" w:hAnsi="Arial"/>
                <w:color w:val="282828"/>
                <w:sz w:val="16"/>
                <w:szCs w:val="16"/>
              </w:rPr>
              <w:t xml:space="preserve"> "</w:t>
            </w:r>
            <w:proofErr w:type="spellStart"/>
            <w:r w:rsidR="00256237" w:rsidRPr="00044989">
              <w:rPr>
                <w:rFonts w:ascii="Arial" w:hAnsi="Arial"/>
                <w:color w:val="282828"/>
                <w:sz w:val="16"/>
                <w:szCs w:val="16"/>
              </w:rPr>
              <w:t>Добруджа</w:t>
            </w:r>
            <w:proofErr w:type="spellEnd"/>
            <w:r w:rsidR="00256237" w:rsidRPr="00044989">
              <w:rPr>
                <w:rFonts w:ascii="Arial" w:hAnsi="Arial"/>
                <w:color w:val="282828"/>
                <w:sz w:val="16"/>
                <w:szCs w:val="16"/>
              </w:rPr>
              <w:t>" УС - 35 гр. *(1)</w:t>
            </w:r>
            <w:r w:rsidR="00256237" w:rsidRPr="00044989">
              <w:rPr>
                <w:rFonts w:ascii="Arial" w:hAnsi="Arial"/>
                <w:color w:val="282828"/>
                <w:sz w:val="16"/>
                <w:szCs w:val="16"/>
              </w:rPr>
              <w:br/>
              <w:t>2.</w:t>
            </w:r>
            <w:r w:rsidR="0099174A" w:rsidRPr="00044989">
              <w:rPr>
                <w:rFonts w:ascii="Arial" w:hAnsi="Arial"/>
                <w:color w:val="282828"/>
                <w:sz w:val="16"/>
                <w:szCs w:val="16"/>
                <w:lang w:val="bg-BG"/>
              </w:rPr>
              <w:t>Крем супа от грах</w:t>
            </w:r>
            <w:r w:rsidR="003A4537" w:rsidRPr="00044989">
              <w:rPr>
                <w:rFonts w:ascii="Arial" w:hAnsi="Arial"/>
                <w:color w:val="282828"/>
                <w:sz w:val="16"/>
                <w:szCs w:val="16"/>
                <w:lang w:val="bg-BG"/>
              </w:rPr>
              <w:t xml:space="preserve"> </w:t>
            </w:r>
            <w:r w:rsidRPr="00044989">
              <w:rPr>
                <w:rFonts w:ascii="Arial" w:hAnsi="Arial"/>
                <w:color w:val="282828"/>
                <w:sz w:val="16"/>
                <w:szCs w:val="16"/>
              </w:rPr>
              <w:t xml:space="preserve"> - 100 </w:t>
            </w:r>
            <w:proofErr w:type="spellStart"/>
            <w:r w:rsidR="00717844" w:rsidRPr="00044989">
              <w:rPr>
                <w:rFonts w:ascii="Arial" w:hAnsi="Arial"/>
                <w:color w:val="282828"/>
                <w:sz w:val="16"/>
                <w:szCs w:val="16"/>
              </w:rPr>
              <w:t>гр</w:t>
            </w:r>
            <w:proofErr w:type="spellEnd"/>
            <w:r w:rsidR="00717844" w:rsidRPr="00044989">
              <w:rPr>
                <w:rFonts w:ascii="Arial" w:hAnsi="Arial"/>
                <w:color w:val="282828"/>
                <w:sz w:val="16"/>
                <w:szCs w:val="16"/>
              </w:rPr>
              <w:t>. *(</w:t>
            </w:r>
            <w:r w:rsidR="0099174A" w:rsidRPr="00044989">
              <w:rPr>
                <w:rFonts w:ascii="Arial" w:hAnsi="Arial"/>
                <w:color w:val="282828"/>
                <w:sz w:val="16"/>
                <w:szCs w:val="16"/>
                <w:lang w:val="bg-BG"/>
              </w:rPr>
              <w:t>7</w:t>
            </w:r>
            <w:r w:rsidR="00256237" w:rsidRPr="00044989">
              <w:rPr>
                <w:rFonts w:ascii="Arial" w:hAnsi="Arial"/>
                <w:color w:val="282828"/>
                <w:sz w:val="16"/>
                <w:szCs w:val="16"/>
              </w:rPr>
              <w:t>)</w:t>
            </w:r>
            <w:r w:rsidR="00256237" w:rsidRPr="00044989">
              <w:rPr>
                <w:rFonts w:ascii="Arial" w:hAnsi="Arial"/>
                <w:color w:val="282828"/>
                <w:sz w:val="16"/>
                <w:szCs w:val="16"/>
              </w:rPr>
              <w:br/>
              <w:t>3.</w:t>
            </w:r>
            <w:r w:rsidR="0099174A" w:rsidRPr="00044989">
              <w:rPr>
                <w:rFonts w:ascii="Arial" w:hAnsi="Arial"/>
                <w:color w:val="282828"/>
                <w:sz w:val="16"/>
                <w:szCs w:val="16"/>
                <w:lang w:val="bg-BG"/>
              </w:rPr>
              <w:t>Свинско месо с картофи</w:t>
            </w:r>
            <w:r w:rsidRPr="00044989">
              <w:rPr>
                <w:rFonts w:ascii="Arial" w:hAnsi="Arial"/>
                <w:color w:val="282828"/>
                <w:sz w:val="16"/>
                <w:szCs w:val="16"/>
              </w:rPr>
              <w:t xml:space="preserve">- 130 </w:t>
            </w:r>
            <w:proofErr w:type="spellStart"/>
            <w:r w:rsidRPr="00044989">
              <w:rPr>
                <w:rFonts w:ascii="Arial" w:hAnsi="Arial"/>
                <w:color w:val="282828"/>
                <w:sz w:val="16"/>
                <w:szCs w:val="16"/>
              </w:rPr>
              <w:t>г</w:t>
            </w:r>
            <w:r w:rsidR="00717844" w:rsidRPr="00044989">
              <w:rPr>
                <w:rFonts w:ascii="Arial" w:hAnsi="Arial"/>
                <w:color w:val="282828"/>
                <w:sz w:val="16"/>
                <w:szCs w:val="16"/>
              </w:rPr>
              <w:t>р</w:t>
            </w:r>
            <w:proofErr w:type="spellEnd"/>
            <w:r w:rsidR="00717844" w:rsidRPr="00044989">
              <w:rPr>
                <w:rFonts w:ascii="Arial" w:hAnsi="Arial"/>
                <w:color w:val="282828"/>
                <w:sz w:val="16"/>
                <w:szCs w:val="16"/>
              </w:rPr>
              <w:t>. *(</w:t>
            </w:r>
            <w:r w:rsidR="0099174A" w:rsidRPr="00044989">
              <w:rPr>
                <w:rFonts w:ascii="Arial" w:hAnsi="Arial"/>
                <w:color w:val="282828"/>
                <w:sz w:val="16"/>
                <w:szCs w:val="16"/>
                <w:lang w:val="bg-BG"/>
              </w:rPr>
              <w:t>1</w:t>
            </w:r>
            <w:r w:rsidRPr="00044989">
              <w:rPr>
                <w:rFonts w:ascii="Arial" w:hAnsi="Arial"/>
                <w:color w:val="282828"/>
                <w:sz w:val="16"/>
                <w:szCs w:val="16"/>
              </w:rPr>
              <w:t>)</w:t>
            </w:r>
            <w:r w:rsidR="003A4537" w:rsidRPr="00044989">
              <w:rPr>
                <w:rFonts w:ascii="Arial" w:hAnsi="Arial"/>
                <w:color w:val="282828"/>
                <w:sz w:val="16"/>
                <w:szCs w:val="16"/>
                <w:lang w:val="bg-BG"/>
              </w:rPr>
              <w:t xml:space="preserve"> </w:t>
            </w:r>
            <w:r w:rsidR="00256237" w:rsidRPr="00044989">
              <w:rPr>
                <w:rFonts w:ascii="Arial" w:hAnsi="Arial"/>
                <w:color w:val="282828"/>
                <w:sz w:val="16"/>
                <w:szCs w:val="16"/>
              </w:rPr>
              <w:br/>
              <w:t>4.</w:t>
            </w:r>
            <w:r w:rsidRPr="00044989">
              <w:rPr>
                <w:rFonts w:ascii="Arial" w:hAnsi="Arial"/>
                <w:color w:val="282828"/>
                <w:sz w:val="16"/>
                <w:szCs w:val="16"/>
              </w:rPr>
              <w:t xml:space="preserve">Порция </w:t>
            </w:r>
            <w:proofErr w:type="spellStart"/>
            <w:r w:rsidRPr="00044989">
              <w:rPr>
                <w:rFonts w:ascii="Arial" w:hAnsi="Arial"/>
                <w:color w:val="282828"/>
                <w:sz w:val="16"/>
                <w:szCs w:val="16"/>
              </w:rPr>
              <w:t>плод</w:t>
            </w:r>
            <w:proofErr w:type="spellEnd"/>
            <w:r w:rsidRPr="00044989">
              <w:rPr>
                <w:rFonts w:ascii="Arial" w:hAnsi="Arial"/>
                <w:color w:val="282828"/>
                <w:sz w:val="16"/>
                <w:szCs w:val="16"/>
              </w:rPr>
              <w:t xml:space="preserve"> </w:t>
            </w:r>
            <w:r w:rsidR="0099174A" w:rsidRPr="00044989">
              <w:rPr>
                <w:rFonts w:ascii="Arial" w:hAnsi="Arial"/>
                <w:color w:val="282828"/>
                <w:sz w:val="16"/>
                <w:szCs w:val="16"/>
                <w:lang w:val="bg-BG"/>
              </w:rPr>
              <w:t>ябълка</w:t>
            </w:r>
            <w:r w:rsidR="00B826C7" w:rsidRPr="00044989">
              <w:rPr>
                <w:rFonts w:ascii="Arial" w:hAnsi="Arial"/>
                <w:color w:val="282828"/>
                <w:sz w:val="16"/>
                <w:szCs w:val="16"/>
              </w:rPr>
              <w:t xml:space="preserve"> - </w:t>
            </w:r>
            <w:r w:rsidR="0099174A" w:rsidRPr="00044989">
              <w:rPr>
                <w:rFonts w:ascii="Arial" w:hAnsi="Arial"/>
                <w:color w:val="282828"/>
                <w:sz w:val="16"/>
                <w:szCs w:val="16"/>
                <w:lang w:val="bg-BG"/>
              </w:rPr>
              <w:t>50</w:t>
            </w:r>
            <w:r w:rsidRPr="00044989">
              <w:rPr>
                <w:rFonts w:ascii="Arial" w:hAnsi="Arial"/>
                <w:color w:val="282828"/>
                <w:sz w:val="16"/>
                <w:szCs w:val="16"/>
              </w:rPr>
              <w:t xml:space="preserve"> </w:t>
            </w:r>
            <w:proofErr w:type="spellStart"/>
            <w:r w:rsidRPr="00044989">
              <w:rPr>
                <w:rFonts w:ascii="Arial" w:hAnsi="Arial"/>
                <w:color w:val="282828"/>
                <w:sz w:val="16"/>
                <w:szCs w:val="16"/>
              </w:rPr>
              <w:t>гр</w:t>
            </w:r>
            <w:proofErr w:type="spellEnd"/>
            <w:r w:rsidRPr="00044989">
              <w:rPr>
                <w:rFonts w:ascii="Arial" w:hAnsi="Arial"/>
                <w:color w:val="282828"/>
                <w:sz w:val="16"/>
                <w:szCs w:val="16"/>
              </w:rPr>
              <w:t>.</w:t>
            </w:r>
          </w:p>
        </w:tc>
        <w:tc>
          <w:tcPr>
            <w:tcW w:w="3096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1067B" w:rsidRPr="00044989" w:rsidRDefault="00816E46" w:rsidP="00D13E21">
            <w:pPr>
              <w:spacing w:after="0"/>
              <w:rPr>
                <w:rFonts w:ascii="Arial" w:hAnsi="Arial"/>
                <w:color w:val="282828"/>
                <w:sz w:val="16"/>
                <w:szCs w:val="16"/>
              </w:rPr>
            </w:pPr>
            <w:r w:rsidRPr="00044989">
              <w:rPr>
                <w:rFonts w:ascii="Arial" w:hAnsi="Arial"/>
                <w:b/>
                <w:color w:val="2980B9"/>
                <w:sz w:val="16"/>
                <w:szCs w:val="16"/>
              </w:rPr>
              <w:t>[ОБЯД (12:00)]</w:t>
            </w:r>
            <w:r w:rsidRPr="00044989">
              <w:rPr>
                <w:rFonts w:ascii="Arial" w:hAnsi="Arial"/>
                <w:b/>
                <w:color w:val="2980B9"/>
                <w:sz w:val="16"/>
                <w:szCs w:val="16"/>
              </w:rPr>
              <w:br/>
            </w:r>
            <w:r w:rsidR="00256237" w:rsidRPr="00044989">
              <w:rPr>
                <w:rFonts w:ascii="Arial" w:hAnsi="Arial"/>
                <w:color w:val="282828"/>
                <w:sz w:val="16"/>
                <w:szCs w:val="16"/>
              </w:rPr>
              <w:t>1.</w:t>
            </w:r>
            <w:r w:rsidRPr="00044989">
              <w:rPr>
                <w:rFonts w:ascii="Arial" w:hAnsi="Arial"/>
                <w:color w:val="282828"/>
                <w:sz w:val="16"/>
                <w:szCs w:val="16"/>
              </w:rPr>
              <w:t>Хля</w:t>
            </w:r>
            <w:r w:rsidR="00256237" w:rsidRPr="00044989">
              <w:rPr>
                <w:rFonts w:ascii="Arial" w:hAnsi="Arial"/>
                <w:color w:val="282828"/>
                <w:sz w:val="16"/>
                <w:szCs w:val="16"/>
              </w:rPr>
              <w:t xml:space="preserve">б </w:t>
            </w:r>
            <w:proofErr w:type="spellStart"/>
            <w:r w:rsidR="00256237" w:rsidRPr="00044989">
              <w:rPr>
                <w:rFonts w:ascii="Arial" w:hAnsi="Arial"/>
                <w:color w:val="282828"/>
                <w:sz w:val="16"/>
                <w:szCs w:val="16"/>
              </w:rPr>
              <w:t>пълнозърнест</w:t>
            </w:r>
            <w:proofErr w:type="spellEnd"/>
            <w:r w:rsidR="00256237" w:rsidRPr="00044989">
              <w:rPr>
                <w:rFonts w:ascii="Arial" w:hAnsi="Arial"/>
                <w:color w:val="282828"/>
                <w:sz w:val="16"/>
                <w:szCs w:val="16"/>
              </w:rPr>
              <w:t xml:space="preserve"> - 35 </w:t>
            </w:r>
            <w:proofErr w:type="spellStart"/>
            <w:r w:rsidR="00256237" w:rsidRPr="00044989">
              <w:rPr>
                <w:rFonts w:ascii="Arial" w:hAnsi="Arial"/>
                <w:color w:val="282828"/>
                <w:sz w:val="16"/>
                <w:szCs w:val="16"/>
              </w:rPr>
              <w:t>гр</w:t>
            </w:r>
            <w:proofErr w:type="spellEnd"/>
            <w:r w:rsidR="00256237" w:rsidRPr="00044989">
              <w:rPr>
                <w:rFonts w:ascii="Arial" w:hAnsi="Arial"/>
                <w:color w:val="282828"/>
                <w:sz w:val="16"/>
                <w:szCs w:val="16"/>
              </w:rPr>
              <w:t>. *(1)</w:t>
            </w:r>
            <w:r w:rsidR="00256237" w:rsidRPr="00044989">
              <w:rPr>
                <w:rFonts w:ascii="Arial" w:hAnsi="Arial"/>
                <w:color w:val="282828"/>
                <w:sz w:val="16"/>
                <w:szCs w:val="16"/>
              </w:rPr>
              <w:br/>
              <w:t>2.</w:t>
            </w:r>
            <w:r w:rsidR="0099174A" w:rsidRPr="00044989">
              <w:rPr>
                <w:rFonts w:ascii="Arial" w:hAnsi="Arial"/>
                <w:color w:val="282828"/>
                <w:sz w:val="16"/>
                <w:szCs w:val="16"/>
                <w:lang w:val="bg-BG"/>
              </w:rPr>
              <w:t>Таратор</w:t>
            </w:r>
            <w:r w:rsidRPr="00044989">
              <w:rPr>
                <w:rFonts w:ascii="Arial" w:hAnsi="Arial"/>
                <w:color w:val="282828"/>
                <w:sz w:val="16"/>
                <w:szCs w:val="16"/>
              </w:rPr>
              <w:t xml:space="preserve">- 100 </w:t>
            </w:r>
            <w:proofErr w:type="spellStart"/>
            <w:r w:rsidRPr="00044989">
              <w:rPr>
                <w:rFonts w:ascii="Arial" w:hAnsi="Arial"/>
                <w:color w:val="282828"/>
                <w:sz w:val="16"/>
                <w:szCs w:val="16"/>
              </w:rPr>
              <w:t>гр</w:t>
            </w:r>
            <w:proofErr w:type="spellEnd"/>
            <w:r w:rsidRPr="00044989">
              <w:rPr>
                <w:rFonts w:ascii="Arial" w:hAnsi="Arial"/>
                <w:color w:val="282828"/>
                <w:sz w:val="16"/>
                <w:szCs w:val="16"/>
              </w:rPr>
              <w:t>. *(</w:t>
            </w:r>
            <w:r w:rsidR="0099174A" w:rsidRPr="00044989">
              <w:rPr>
                <w:rFonts w:ascii="Arial" w:hAnsi="Arial"/>
                <w:color w:val="282828"/>
                <w:sz w:val="16"/>
                <w:szCs w:val="16"/>
                <w:lang w:val="bg-BG"/>
              </w:rPr>
              <w:t>7.8</w:t>
            </w:r>
            <w:r w:rsidR="00256237" w:rsidRPr="00044989">
              <w:rPr>
                <w:rFonts w:ascii="Arial" w:hAnsi="Arial"/>
                <w:color w:val="282828"/>
                <w:sz w:val="16"/>
                <w:szCs w:val="16"/>
              </w:rPr>
              <w:t>)</w:t>
            </w:r>
            <w:r w:rsidR="00256237" w:rsidRPr="00044989">
              <w:rPr>
                <w:rFonts w:ascii="Arial" w:hAnsi="Arial"/>
                <w:color w:val="282828"/>
                <w:sz w:val="16"/>
                <w:szCs w:val="16"/>
              </w:rPr>
              <w:br/>
              <w:t>3.</w:t>
            </w:r>
            <w:r w:rsidR="0099174A" w:rsidRPr="00044989">
              <w:rPr>
                <w:rFonts w:ascii="Arial" w:hAnsi="Arial"/>
                <w:color w:val="282828"/>
                <w:sz w:val="16"/>
                <w:szCs w:val="16"/>
                <w:lang w:val="bg-BG"/>
              </w:rPr>
              <w:t>Пълнени пиперки с кайма</w:t>
            </w:r>
            <w:r w:rsidRPr="00044989">
              <w:rPr>
                <w:rFonts w:ascii="Arial" w:hAnsi="Arial"/>
                <w:color w:val="282828"/>
                <w:sz w:val="16"/>
                <w:szCs w:val="16"/>
              </w:rPr>
              <w:t xml:space="preserve"> - 130 </w:t>
            </w:r>
            <w:proofErr w:type="spellStart"/>
            <w:r w:rsidRPr="00044989">
              <w:rPr>
                <w:rFonts w:ascii="Arial" w:hAnsi="Arial"/>
                <w:color w:val="282828"/>
                <w:sz w:val="16"/>
                <w:szCs w:val="16"/>
              </w:rPr>
              <w:t>гр</w:t>
            </w:r>
            <w:proofErr w:type="spellEnd"/>
            <w:r w:rsidRPr="00044989">
              <w:rPr>
                <w:rFonts w:ascii="Arial" w:hAnsi="Arial"/>
                <w:color w:val="282828"/>
                <w:sz w:val="16"/>
                <w:szCs w:val="16"/>
              </w:rPr>
              <w:t>. *(1</w:t>
            </w:r>
            <w:r w:rsidR="0031067B" w:rsidRPr="00044989">
              <w:rPr>
                <w:rFonts w:ascii="Arial" w:hAnsi="Arial"/>
                <w:color w:val="282828"/>
                <w:sz w:val="16"/>
                <w:szCs w:val="16"/>
                <w:lang w:val="bg-BG"/>
              </w:rPr>
              <w:t>.3.7</w:t>
            </w:r>
            <w:r w:rsidR="0099174A" w:rsidRPr="00044989">
              <w:rPr>
                <w:rFonts w:ascii="Arial" w:hAnsi="Arial"/>
                <w:color w:val="282828"/>
                <w:sz w:val="16"/>
                <w:szCs w:val="16"/>
                <w:lang w:val="bg-BG"/>
              </w:rPr>
              <w:t>,9</w:t>
            </w:r>
            <w:r w:rsidRPr="00044989">
              <w:rPr>
                <w:rFonts w:ascii="Arial" w:hAnsi="Arial"/>
                <w:color w:val="282828"/>
                <w:sz w:val="16"/>
                <w:szCs w:val="16"/>
              </w:rPr>
              <w:t>)</w:t>
            </w:r>
          </w:p>
          <w:p w:rsidR="00B167ED" w:rsidRPr="00044989" w:rsidRDefault="00256237" w:rsidP="00322DAA">
            <w:pPr>
              <w:spacing w:after="0"/>
              <w:rPr>
                <w:rFonts w:ascii="Arial" w:hAnsi="Arial"/>
                <w:color w:val="282828"/>
                <w:sz w:val="16"/>
                <w:szCs w:val="16"/>
              </w:rPr>
            </w:pPr>
            <w:r w:rsidRPr="00044989">
              <w:rPr>
                <w:rFonts w:ascii="Arial" w:hAnsi="Arial"/>
                <w:color w:val="282828"/>
                <w:sz w:val="16"/>
                <w:szCs w:val="16"/>
              </w:rPr>
              <w:t>4.</w:t>
            </w:r>
            <w:r w:rsidR="00816E46" w:rsidRPr="00044989">
              <w:rPr>
                <w:rFonts w:ascii="Arial" w:hAnsi="Arial"/>
                <w:color w:val="282828"/>
                <w:sz w:val="16"/>
                <w:szCs w:val="16"/>
              </w:rPr>
              <w:t xml:space="preserve">Порция </w:t>
            </w:r>
            <w:r w:rsidR="00322DAA">
              <w:rPr>
                <w:rFonts w:ascii="Arial" w:hAnsi="Arial"/>
                <w:color w:val="282828"/>
                <w:sz w:val="16"/>
                <w:szCs w:val="16"/>
                <w:lang w:val="bg-BG"/>
              </w:rPr>
              <w:t>ябълка</w:t>
            </w:r>
            <w:r w:rsidR="0099174A" w:rsidRPr="00044989">
              <w:rPr>
                <w:rFonts w:ascii="Arial" w:hAnsi="Arial"/>
                <w:color w:val="282828"/>
                <w:sz w:val="16"/>
                <w:szCs w:val="16"/>
              </w:rPr>
              <w:t xml:space="preserve"> - </w:t>
            </w:r>
            <w:r w:rsidR="0099174A" w:rsidRPr="00044989">
              <w:rPr>
                <w:rFonts w:ascii="Arial" w:hAnsi="Arial"/>
                <w:color w:val="282828"/>
                <w:sz w:val="16"/>
                <w:szCs w:val="16"/>
                <w:lang w:val="bg-BG"/>
              </w:rPr>
              <w:t>5</w:t>
            </w:r>
            <w:r w:rsidR="00816E46" w:rsidRPr="00044989">
              <w:rPr>
                <w:rFonts w:ascii="Arial" w:hAnsi="Arial"/>
                <w:color w:val="282828"/>
                <w:sz w:val="16"/>
                <w:szCs w:val="16"/>
              </w:rPr>
              <w:t xml:space="preserve">0 </w:t>
            </w:r>
            <w:proofErr w:type="spellStart"/>
            <w:r w:rsidR="00816E46" w:rsidRPr="00044989">
              <w:rPr>
                <w:rFonts w:ascii="Arial" w:hAnsi="Arial"/>
                <w:color w:val="282828"/>
                <w:sz w:val="16"/>
                <w:szCs w:val="16"/>
              </w:rPr>
              <w:t>гр</w:t>
            </w:r>
            <w:proofErr w:type="spellEnd"/>
            <w:r w:rsidR="00816E46" w:rsidRPr="00044989">
              <w:rPr>
                <w:rFonts w:ascii="Arial" w:hAnsi="Arial"/>
                <w:color w:val="282828"/>
                <w:sz w:val="16"/>
                <w:szCs w:val="16"/>
              </w:rPr>
              <w:t>.</w:t>
            </w:r>
          </w:p>
        </w:tc>
        <w:tc>
          <w:tcPr>
            <w:tcW w:w="3096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B167ED" w:rsidRPr="00044989" w:rsidRDefault="00816E46" w:rsidP="00E46AE3">
            <w:pPr>
              <w:spacing w:after="0"/>
              <w:rPr>
                <w:sz w:val="16"/>
                <w:szCs w:val="16"/>
              </w:rPr>
            </w:pPr>
            <w:r w:rsidRPr="00044989">
              <w:rPr>
                <w:rFonts w:ascii="Arial" w:hAnsi="Arial"/>
                <w:b/>
                <w:color w:val="2980B9"/>
                <w:sz w:val="16"/>
                <w:szCs w:val="16"/>
              </w:rPr>
              <w:t>[ОБЯД (12:00)]</w:t>
            </w:r>
            <w:r w:rsidRPr="00044989">
              <w:rPr>
                <w:rFonts w:ascii="Arial" w:hAnsi="Arial"/>
                <w:b/>
                <w:color w:val="2980B9"/>
                <w:sz w:val="16"/>
                <w:szCs w:val="16"/>
              </w:rPr>
              <w:br/>
            </w:r>
            <w:r w:rsidR="00256237" w:rsidRPr="00044989">
              <w:rPr>
                <w:rFonts w:ascii="Arial" w:hAnsi="Arial"/>
                <w:color w:val="282828"/>
                <w:sz w:val="16"/>
                <w:szCs w:val="16"/>
              </w:rPr>
              <w:t>1.</w:t>
            </w:r>
            <w:r w:rsidRPr="00044989">
              <w:rPr>
                <w:rFonts w:ascii="Arial" w:hAnsi="Arial"/>
                <w:color w:val="282828"/>
                <w:sz w:val="16"/>
                <w:szCs w:val="16"/>
              </w:rPr>
              <w:t>Хляб</w:t>
            </w:r>
            <w:r w:rsidR="00256237" w:rsidRPr="00044989">
              <w:rPr>
                <w:rFonts w:ascii="Arial" w:hAnsi="Arial"/>
                <w:color w:val="282828"/>
                <w:sz w:val="16"/>
                <w:szCs w:val="16"/>
              </w:rPr>
              <w:t xml:space="preserve"> "</w:t>
            </w:r>
            <w:proofErr w:type="spellStart"/>
            <w:r w:rsidR="00256237" w:rsidRPr="00044989">
              <w:rPr>
                <w:rFonts w:ascii="Arial" w:hAnsi="Arial"/>
                <w:color w:val="282828"/>
                <w:sz w:val="16"/>
                <w:szCs w:val="16"/>
              </w:rPr>
              <w:t>Добруджа</w:t>
            </w:r>
            <w:proofErr w:type="spellEnd"/>
            <w:r w:rsidR="00256237" w:rsidRPr="00044989">
              <w:rPr>
                <w:rFonts w:ascii="Arial" w:hAnsi="Arial"/>
                <w:color w:val="282828"/>
                <w:sz w:val="16"/>
                <w:szCs w:val="16"/>
              </w:rPr>
              <w:t>" УС - 35 гр. *(1)</w:t>
            </w:r>
            <w:r w:rsidR="00256237" w:rsidRPr="00044989">
              <w:rPr>
                <w:rFonts w:ascii="Arial" w:hAnsi="Arial"/>
                <w:color w:val="282828"/>
                <w:sz w:val="16"/>
                <w:szCs w:val="16"/>
              </w:rPr>
              <w:br/>
              <w:t>2.</w:t>
            </w:r>
            <w:r w:rsidRPr="00044989">
              <w:rPr>
                <w:rFonts w:ascii="Arial" w:hAnsi="Arial"/>
                <w:color w:val="282828"/>
                <w:sz w:val="16"/>
                <w:szCs w:val="16"/>
              </w:rPr>
              <w:t xml:space="preserve">Супа </w:t>
            </w:r>
            <w:proofErr w:type="spellStart"/>
            <w:r w:rsidRPr="00044989">
              <w:rPr>
                <w:rFonts w:ascii="Arial" w:hAnsi="Arial"/>
                <w:color w:val="282828"/>
                <w:sz w:val="16"/>
                <w:szCs w:val="16"/>
              </w:rPr>
              <w:t>от</w:t>
            </w:r>
            <w:proofErr w:type="spellEnd"/>
            <w:r w:rsidRPr="00044989">
              <w:rPr>
                <w:rFonts w:ascii="Arial" w:hAnsi="Arial"/>
                <w:color w:val="282828"/>
                <w:sz w:val="16"/>
                <w:szCs w:val="16"/>
              </w:rPr>
              <w:t xml:space="preserve"> </w:t>
            </w:r>
            <w:r w:rsidR="00E46AE3" w:rsidRPr="00044989">
              <w:rPr>
                <w:rFonts w:ascii="Arial" w:hAnsi="Arial"/>
                <w:color w:val="282828"/>
                <w:sz w:val="16"/>
                <w:szCs w:val="16"/>
                <w:lang w:val="bg-BG"/>
              </w:rPr>
              <w:t xml:space="preserve">свинско месо с </w:t>
            </w:r>
            <w:proofErr w:type="spellStart"/>
            <w:r w:rsidR="00E46AE3" w:rsidRPr="00044989">
              <w:rPr>
                <w:rFonts w:ascii="Arial" w:hAnsi="Arial"/>
                <w:color w:val="282828"/>
                <w:sz w:val="16"/>
                <w:szCs w:val="16"/>
                <w:lang w:val="bg-BG"/>
              </w:rPr>
              <w:t>киноа</w:t>
            </w:r>
            <w:proofErr w:type="spellEnd"/>
            <w:r w:rsidRPr="00044989">
              <w:rPr>
                <w:rFonts w:ascii="Arial" w:hAnsi="Arial"/>
                <w:color w:val="282828"/>
                <w:sz w:val="16"/>
                <w:szCs w:val="16"/>
              </w:rPr>
              <w:t xml:space="preserve"> - 100 </w:t>
            </w:r>
            <w:proofErr w:type="spellStart"/>
            <w:r w:rsidRPr="00044989">
              <w:rPr>
                <w:rFonts w:ascii="Arial" w:hAnsi="Arial"/>
                <w:color w:val="282828"/>
                <w:sz w:val="16"/>
                <w:szCs w:val="16"/>
              </w:rPr>
              <w:t>гр</w:t>
            </w:r>
            <w:proofErr w:type="spellEnd"/>
            <w:r w:rsidRPr="00044989">
              <w:rPr>
                <w:rFonts w:ascii="Arial" w:hAnsi="Arial"/>
                <w:color w:val="282828"/>
                <w:sz w:val="16"/>
                <w:szCs w:val="16"/>
              </w:rPr>
              <w:t>. *(</w:t>
            </w:r>
            <w:r w:rsidR="0031067B" w:rsidRPr="00044989">
              <w:rPr>
                <w:rFonts w:ascii="Arial" w:hAnsi="Arial"/>
                <w:color w:val="282828"/>
                <w:sz w:val="16"/>
                <w:szCs w:val="16"/>
                <w:lang w:val="bg-BG"/>
              </w:rPr>
              <w:t>1.3.7</w:t>
            </w:r>
            <w:r w:rsidR="00E46AE3" w:rsidRPr="00044989">
              <w:rPr>
                <w:rFonts w:ascii="Arial" w:hAnsi="Arial"/>
                <w:color w:val="282828"/>
                <w:sz w:val="16"/>
                <w:szCs w:val="16"/>
                <w:lang w:val="bg-BG"/>
              </w:rPr>
              <w:t>,9</w:t>
            </w:r>
            <w:r w:rsidRPr="00044989">
              <w:rPr>
                <w:rFonts w:ascii="Arial" w:hAnsi="Arial"/>
                <w:color w:val="282828"/>
                <w:sz w:val="16"/>
                <w:szCs w:val="16"/>
              </w:rPr>
              <w:t>)</w:t>
            </w:r>
            <w:r w:rsidRPr="00044989">
              <w:rPr>
                <w:rFonts w:ascii="Arial" w:hAnsi="Arial"/>
                <w:color w:val="282828"/>
                <w:sz w:val="16"/>
                <w:szCs w:val="16"/>
              </w:rPr>
              <w:br/>
              <w:t>3</w:t>
            </w:r>
            <w:r w:rsidR="003A4537" w:rsidRPr="00044989">
              <w:rPr>
                <w:rFonts w:ascii="Arial" w:hAnsi="Arial"/>
                <w:color w:val="282828"/>
                <w:sz w:val="16"/>
                <w:szCs w:val="16"/>
                <w:lang w:val="bg-BG"/>
              </w:rPr>
              <w:t>.</w:t>
            </w:r>
            <w:r w:rsidR="0031067B" w:rsidRPr="00044989">
              <w:rPr>
                <w:rFonts w:ascii="Arial" w:hAnsi="Arial"/>
                <w:color w:val="282828"/>
                <w:sz w:val="16"/>
                <w:szCs w:val="16"/>
                <w:lang w:val="bg-BG"/>
              </w:rPr>
              <w:t xml:space="preserve">Риба </w:t>
            </w:r>
            <w:r w:rsidR="00E46AE3" w:rsidRPr="00044989">
              <w:rPr>
                <w:rFonts w:ascii="Arial" w:hAnsi="Arial"/>
                <w:color w:val="282828"/>
                <w:sz w:val="16"/>
                <w:szCs w:val="16"/>
                <w:lang w:val="bg-BG"/>
              </w:rPr>
              <w:t>на фурна</w:t>
            </w:r>
            <w:r w:rsidR="00E46AE3" w:rsidRPr="00044989">
              <w:rPr>
                <w:rFonts w:ascii="Arial" w:hAnsi="Arial"/>
                <w:color w:val="282828"/>
                <w:sz w:val="16"/>
                <w:szCs w:val="16"/>
              </w:rPr>
              <w:t xml:space="preserve"> - </w:t>
            </w:r>
            <w:r w:rsidR="00E46AE3" w:rsidRPr="00044989">
              <w:rPr>
                <w:rFonts w:ascii="Arial" w:hAnsi="Arial"/>
                <w:color w:val="282828"/>
                <w:sz w:val="16"/>
                <w:szCs w:val="16"/>
                <w:lang w:val="bg-BG"/>
              </w:rPr>
              <w:t>85</w:t>
            </w:r>
            <w:r w:rsidR="003A4537" w:rsidRPr="00044989">
              <w:rPr>
                <w:rFonts w:ascii="Arial" w:hAnsi="Arial"/>
                <w:color w:val="282828"/>
                <w:sz w:val="16"/>
                <w:szCs w:val="16"/>
              </w:rPr>
              <w:t xml:space="preserve"> </w:t>
            </w:r>
            <w:proofErr w:type="spellStart"/>
            <w:r w:rsidR="003A4537" w:rsidRPr="00044989">
              <w:rPr>
                <w:rFonts w:ascii="Arial" w:hAnsi="Arial"/>
                <w:color w:val="282828"/>
                <w:sz w:val="16"/>
                <w:szCs w:val="16"/>
              </w:rPr>
              <w:t>гр</w:t>
            </w:r>
            <w:proofErr w:type="spellEnd"/>
            <w:r w:rsidR="003A4537" w:rsidRPr="00044989">
              <w:rPr>
                <w:rFonts w:ascii="Arial" w:hAnsi="Arial"/>
                <w:color w:val="282828"/>
                <w:sz w:val="16"/>
                <w:szCs w:val="16"/>
              </w:rPr>
              <w:t>. *(</w:t>
            </w:r>
            <w:r w:rsidR="00E46AE3" w:rsidRPr="00044989">
              <w:rPr>
                <w:rFonts w:ascii="Arial" w:hAnsi="Arial"/>
                <w:color w:val="282828"/>
                <w:sz w:val="16"/>
                <w:szCs w:val="16"/>
                <w:lang w:val="bg-BG"/>
              </w:rPr>
              <w:t>4</w:t>
            </w:r>
            <w:r w:rsidRPr="00044989">
              <w:rPr>
                <w:rFonts w:ascii="Arial" w:hAnsi="Arial"/>
                <w:color w:val="282828"/>
                <w:sz w:val="16"/>
                <w:szCs w:val="16"/>
              </w:rPr>
              <w:t>)</w:t>
            </w:r>
            <w:r w:rsidRPr="00044989">
              <w:rPr>
                <w:rFonts w:ascii="Arial" w:hAnsi="Arial"/>
                <w:color w:val="282828"/>
                <w:sz w:val="16"/>
                <w:szCs w:val="16"/>
              </w:rPr>
              <w:br/>
            </w:r>
            <w:r w:rsidR="003A4537" w:rsidRPr="00044989">
              <w:rPr>
                <w:rFonts w:ascii="Arial" w:hAnsi="Arial"/>
                <w:color w:val="282828"/>
                <w:sz w:val="16"/>
                <w:szCs w:val="16"/>
                <w:lang w:val="bg-BG"/>
              </w:rPr>
              <w:t>4</w:t>
            </w:r>
            <w:r w:rsidR="00256237" w:rsidRPr="00044989">
              <w:rPr>
                <w:rFonts w:ascii="Arial" w:hAnsi="Arial"/>
                <w:color w:val="282828"/>
                <w:sz w:val="16"/>
                <w:szCs w:val="16"/>
              </w:rPr>
              <w:t>.</w:t>
            </w:r>
            <w:r w:rsidR="00E46AE3" w:rsidRPr="00044989">
              <w:rPr>
                <w:rFonts w:ascii="Arial" w:hAnsi="Arial"/>
                <w:color w:val="282828"/>
                <w:sz w:val="16"/>
                <w:szCs w:val="16"/>
                <w:lang w:val="bg-BG"/>
              </w:rPr>
              <w:t>Салата от домати и краставици</w:t>
            </w:r>
            <w:r w:rsidR="00E46AE3" w:rsidRPr="00044989">
              <w:rPr>
                <w:rFonts w:ascii="Arial" w:hAnsi="Arial"/>
                <w:color w:val="282828"/>
                <w:sz w:val="16"/>
                <w:szCs w:val="16"/>
              </w:rPr>
              <w:t xml:space="preserve"> - </w:t>
            </w:r>
            <w:r w:rsidR="00E46AE3" w:rsidRPr="00044989">
              <w:rPr>
                <w:rFonts w:ascii="Arial" w:hAnsi="Arial"/>
                <w:color w:val="282828"/>
                <w:sz w:val="16"/>
                <w:szCs w:val="16"/>
                <w:lang w:val="bg-BG"/>
              </w:rPr>
              <w:t>45</w:t>
            </w:r>
            <w:r w:rsidRPr="00044989">
              <w:rPr>
                <w:rFonts w:ascii="Arial" w:hAnsi="Arial"/>
                <w:color w:val="282828"/>
                <w:sz w:val="16"/>
                <w:szCs w:val="16"/>
              </w:rPr>
              <w:t xml:space="preserve"> </w:t>
            </w:r>
            <w:proofErr w:type="spellStart"/>
            <w:r w:rsidRPr="00044989">
              <w:rPr>
                <w:rFonts w:ascii="Arial" w:hAnsi="Arial"/>
                <w:color w:val="282828"/>
                <w:sz w:val="16"/>
                <w:szCs w:val="16"/>
              </w:rPr>
              <w:t>гр</w:t>
            </w:r>
            <w:proofErr w:type="spellEnd"/>
            <w:r w:rsidRPr="00044989">
              <w:rPr>
                <w:rFonts w:ascii="Arial" w:hAnsi="Arial"/>
                <w:color w:val="282828"/>
                <w:sz w:val="16"/>
                <w:szCs w:val="16"/>
              </w:rPr>
              <w:t>.</w:t>
            </w:r>
          </w:p>
        </w:tc>
        <w:bookmarkStart w:id="0" w:name="_GoBack"/>
        <w:bookmarkEnd w:id="0"/>
      </w:tr>
      <w:tr w:rsidR="00B167ED" w:rsidTr="00D13E21">
        <w:trPr>
          <w:gridAfter w:val="1"/>
          <w:wAfter w:w="100" w:type="dxa"/>
          <w:jc w:val="center"/>
        </w:trPr>
        <w:tc>
          <w:tcPr>
            <w:tcW w:w="3096" w:type="dxa"/>
            <w:gridSpan w:val="2"/>
            <w:shd w:val="clear" w:color="auto" w:fill="F4F7F9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D13E21" w:rsidRPr="00044989" w:rsidRDefault="00816E46" w:rsidP="00D13E21">
            <w:pPr>
              <w:spacing w:after="0"/>
              <w:rPr>
                <w:rFonts w:ascii="Arial" w:hAnsi="Arial"/>
                <w:color w:val="282828"/>
                <w:sz w:val="16"/>
                <w:szCs w:val="16"/>
                <w:lang w:val="bg-BG"/>
              </w:rPr>
            </w:pPr>
            <w:r w:rsidRPr="00044989">
              <w:rPr>
                <w:rFonts w:ascii="Arial" w:hAnsi="Arial"/>
                <w:b/>
                <w:color w:val="2980B9"/>
                <w:sz w:val="16"/>
                <w:szCs w:val="16"/>
              </w:rPr>
              <w:t>[СЛЕДОБЕДНА ЗАКУСКА (15:30)]</w:t>
            </w:r>
            <w:r w:rsidRPr="00044989">
              <w:rPr>
                <w:rFonts w:ascii="Arial" w:hAnsi="Arial"/>
                <w:b/>
                <w:color w:val="2980B9"/>
                <w:sz w:val="16"/>
                <w:szCs w:val="16"/>
              </w:rPr>
              <w:br/>
            </w:r>
            <w:r w:rsidR="004E74AB" w:rsidRPr="00044989">
              <w:rPr>
                <w:rFonts w:ascii="Arial" w:hAnsi="Arial"/>
                <w:color w:val="282828"/>
                <w:sz w:val="16"/>
                <w:szCs w:val="16"/>
              </w:rPr>
              <w:t>1.</w:t>
            </w:r>
            <w:r w:rsidR="00D13E21" w:rsidRPr="00044989">
              <w:rPr>
                <w:rFonts w:ascii="Arial" w:hAnsi="Arial"/>
                <w:color w:val="282828"/>
                <w:sz w:val="16"/>
                <w:szCs w:val="16"/>
                <w:lang w:val="bg-BG"/>
              </w:rPr>
              <w:t>Сандвич със сирене и морков</w:t>
            </w:r>
            <w:r w:rsidR="00ED2F93" w:rsidRPr="00044989">
              <w:rPr>
                <w:rFonts w:ascii="Arial" w:hAnsi="Arial"/>
                <w:color w:val="282828"/>
                <w:sz w:val="16"/>
                <w:szCs w:val="16"/>
              </w:rPr>
              <w:t xml:space="preserve"> - </w:t>
            </w:r>
            <w:r w:rsidR="00ED2F93" w:rsidRPr="00044989">
              <w:rPr>
                <w:rFonts w:ascii="Arial" w:hAnsi="Arial"/>
                <w:color w:val="282828"/>
                <w:sz w:val="16"/>
                <w:szCs w:val="16"/>
                <w:lang w:val="bg-BG"/>
              </w:rPr>
              <w:t>8</w:t>
            </w:r>
            <w:r w:rsidR="00B826C7" w:rsidRPr="00044989">
              <w:rPr>
                <w:rFonts w:ascii="Arial" w:hAnsi="Arial"/>
                <w:color w:val="282828"/>
                <w:sz w:val="16"/>
                <w:szCs w:val="16"/>
                <w:lang w:val="bg-BG"/>
              </w:rPr>
              <w:t>0</w:t>
            </w:r>
            <w:r w:rsidR="00D13E21" w:rsidRPr="00044989">
              <w:rPr>
                <w:rFonts w:ascii="Arial" w:hAnsi="Arial"/>
                <w:color w:val="282828"/>
                <w:sz w:val="16"/>
                <w:szCs w:val="16"/>
              </w:rPr>
              <w:t xml:space="preserve"> </w:t>
            </w:r>
            <w:proofErr w:type="spellStart"/>
            <w:r w:rsidR="00D13E21" w:rsidRPr="00044989">
              <w:rPr>
                <w:rFonts w:ascii="Arial" w:hAnsi="Arial"/>
                <w:color w:val="282828"/>
                <w:sz w:val="16"/>
                <w:szCs w:val="16"/>
              </w:rPr>
              <w:t>гр</w:t>
            </w:r>
            <w:proofErr w:type="spellEnd"/>
            <w:r w:rsidR="00D13E21" w:rsidRPr="00044989">
              <w:rPr>
                <w:rFonts w:ascii="Arial" w:hAnsi="Arial"/>
                <w:color w:val="282828"/>
                <w:sz w:val="16"/>
                <w:szCs w:val="16"/>
              </w:rPr>
              <w:t>.</w:t>
            </w:r>
            <w:r w:rsidR="00D13E21" w:rsidRPr="00044989">
              <w:rPr>
                <w:rFonts w:ascii="Arial" w:hAnsi="Arial"/>
                <w:color w:val="282828"/>
                <w:sz w:val="16"/>
                <w:szCs w:val="16"/>
                <w:lang w:val="bg-BG"/>
              </w:rPr>
              <w:t xml:space="preserve"> </w:t>
            </w:r>
            <w:r w:rsidR="00136C5A" w:rsidRPr="00044989">
              <w:rPr>
                <w:rFonts w:ascii="Arial" w:hAnsi="Arial"/>
                <w:color w:val="282828"/>
                <w:sz w:val="16"/>
                <w:szCs w:val="16"/>
              </w:rPr>
              <w:t>*(1,</w:t>
            </w:r>
            <w:r w:rsidR="00136C5A">
              <w:rPr>
                <w:rFonts w:ascii="Arial" w:hAnsi="Arial"/>
                <w:color w:val="282828"/>
                <w:sz w:val="16"/>
                <w:szCs w:val="16"/>
                <w:lang w:val="bg-BG"/>
              </w:rPr>
              <w:t>7</w:t>
            </w:r>
            <w:r w:rsidR="00136C5A" w:rsidRPr="00044989">
              <w:rPr>
                <w:rFonts w:ascii="Arial" w:hAnsi="Arial"/>
                <w:color w:val="282828"/>
                <w:sz w:val="16"/>
                <w:szCs w:val="16"/>
              </w:rPr>
              <w:t>)</w:t>
            </w:r>
            <w:r w:rsidR="004E74AB" w:rsidRPr="00044989">
              <w:rPr>
                <w:rFonts w:ascii="Arial" w:hAnsi="Arial"/>
                <w:color w:val="282828"/>
                <w:sz w:val="16"/>
                <w:szCs w:val="16"/>
              </w:rPr>
              <w:br/>
              <w:t>2.</w:t>
            </w:r>
            <w:proofErr w:type="spellStart"/>
            <w:r w:rsidR="00D13E21" w:rsidRPr="00044989">
              <w:rPr>
                <w:rFonts w:ascii="Arial" w:hAnsi="Arial"/>
                <w:color w:val="282828"/>
                <w:sz w:val="16"/>
                <w:szCs w:val="16"/>
                <w:lang w:val="bg-BG"/>
              </w:rPr>
              <w:t>Айрян</w:t>
            </w:r>
            <w:proofErr w:type="spellEnd"/>
            <w:r w:rsidR="00515FA7">
              <w:rPr>
                <w:rFonts w:ascii="Arial" w:hAnsi="Arial"/>
                <w:color w:val="282828"/>
                <w:sz w:val="16"/>
                <w:szCs w:val="16"/>
              </w:rPr>
              <w:t xml:space="preserve"> - </w:t>
            </w:r>
            <w:r w:rsidR="00515FA7">
              <w:rPr>
                <w:rFonts w:ascii="Arial" w:hAnsi="Arial"/>
                <w:color w:val="282828"/>
                <w:sz w:val="16"/>
                <w:szCs w:val="16"/>
                <w:lang w:val="bg-BG"/>
              </w:rPr>
              <w:t>2</w:t>
            </w:r>
            <w:r w:rsidRPr="00044989">
              <w:rPr>
                <w:rFonts w:ascii="Arial" w:hAnsi="Arial"/>
                <w:color w:val="282828"/>
                <w:sz w:val="16"/>
                <w:szCs w:val="16"/>
              </w:rPr>
              <w:t xml:space="preserve">00 </w:t>
            </w:r>
            <w:proofErr w:type="spellStart"/>
            <w:r w:rsidRPr="00044989">
              <w:rPr>
                <w:rFonts w:ascii="Arial" w:hAnsi="Arial"/>
                <w:color w:val="282828"/>
                <w:sz w:val="16"/>
                <w:szCs w:val="16"/>
              </w:rPr>
              <w:t>гр</w:t>
            </w:r>
            <w:proofErr w:type="spellEnd"/>
            <w:r w:rsidRPr="00044989">
              <w:rPr>
                <w:rFonts w:ascii="Arial" w:hAnsi="Arial"/>
                <w:color w:val="282828"/>
                <w:sz w:val="16"/>
                <w:szCs w:val="16"/>
              </w:rPr>
              <w:t>.</w:t>
            </w:r>
            <w:r w:rsidR="00D13E21" w:rsidRPr="00044989">
              <w:rPr>
                <w:rFonts w:ascii="Arial" w:hAnsi="Arial"/>
                <w:color w:val="282828"/>
                <w:sz w:val="16"/>
                <w:szCs w:val="16"/>
                <w:lang w:val="bg-BG"/>
              </w:rPr>
              <w:t>.</w:t>
            </w:r>
            <w:r w:rsidR="004E74AB" w:rsidRPr="00044989">
              <w:rPr>
                <w:rFonts w:ascii="Arial" w:hAnsi="Arial"/>
                <w:color w:val="282828"/>
                <w:sz w:val="16"/>
                <w:szCs w:val="16"/>
                <w:lang w:val="bg-BG"/>
              </w:rPr>
              <w:t xml:space="preserve"> </w:t>
            </w:r>
            <w:r w:rsidR="00D13E21" w:rsidRPr="00044989">
              <w:rPr>
                <w:rFonts w:ascii="Arial" w:hAnsi="Arial"/>
                <w:color w:val="282828"/>
                <w:sz w:val="16"/>
                <w:szCs w:val="16"/>
              </w:rPr>
              <w:t>(1, 7)</w:t>
            </w:r>
          </w:p>
          <w:p w:rsidR="00B167ED" w:rsidRPr="00044989" w:rsidRDefault="00816E46" w:rsidP="00D13E21">
            <w:pPr>
              <w:spacing w:after="0"/>
              <w:rPr>
                <w:sz w:val="16"/>
                <w:szCs w:val="16"/>
              </w:rPr>
            </w:pPr>
            <w:r w:rsidRPr="00044989">
              <w:rPr>
                <w:rFonts w:ascii="Arial" w:hAnsi="Arial"/>
                <w:color w:val="282828"/>
                <w:sz w:val="16"/>
                <w:szCs w:val="16"/>
              </w:rPr>
              <w:br/>
            </w:r>
          </w:p>
        </w:tc>
        <w:tc>
          <w:tcPr>
            <w:tcW w:w="3096" w:type="dxa"/>
            <w:gridSpan w:val="2"/>
            <w:shd w:val="clear" w:color="auto" w:fill="F4F7F9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B167ED" w:rsidRPr="00044989" w:rsidRDefault="00816E46" w:rsidP="00D13E21">
            <w:pPr>
              <w:spacing w:after="0"/>
              <w:rPr>
                <w:rFonts w:ascii="Arial" w:hAnsi="Arial"/>
                <w:color w:val="282828"/>
                <w:sz w:val="16"/>
                <w:szCs w:val="16"/>
              </w:rPr>
            </w:pPr>
            <w:r w:rsidRPr="00044989">
              <w:rPr>
                <w:rFonts w:ascii="Arial" w:hAnsi="Arial"/>
                <w:b/>
                <w:color w:val="2980B9"/>
                <w:sz w:val="16"/>
                <w:szCs w:val="16"/>
              </w:rPr>
              <w:t>[СЛЕДОБЕДНА ЗАКУСКА (15:30)]</w:t>
            </w:r>
            <w:r w:rsidRPr="00044989">
              <w:rPr>
                <w:rFonts w:ascii="Arial" w:hAnsi="Arial"/>
                <w:b/>
                <w:color w:val="2980B9"/>
                <w:sz w:val="16"/>
                <w:szCs w:val="16"/>
              </w:rPr>
              <w:br/>
            </w:r>
            <w:r w:rsidRPr="00044989">
              <w:rPr>
                <w:rFonts w:ascii="Arial" w:hAnsi="Arial"/>
                <w:color w:val="282828"/>
                <w:sz w:val="16"/>
                <w:szCs w:val="16"/>
              </w:rPr>
              <w:t>1</w:t>
            </w:r>
            <w:r w:rsidR="005A7AA3" w:rsidRPr="00044989">
              <w:rPr>
                <w:rFonts w:ascii="Arial" w:hAnsi="Arial"/>
                <w:color w:val="282828"/>
                <w:sz w:val="16"/>
                <w:szCs w:val="16"/>
                <w:lang w:val="bg-BG"/>
              </w:rPr>
              <w:t>.</w:t>
            </w:r>
            <w:r w:rsidR="004E74AB" w:rsidRPr="00044989">
              <w:rPr>
                <w:rFonts w:ascii="Arial" w:hAnsi="Arial"/>
                <w:color w:val="282828"/>
                <w:sz w:val="16"/>
                <w:szCs w:val="16"/>
                <w:lang w:val="bg-BG"/>
              </w:rPr>
              <w:t>Руло от бисквити с орехи</w:t>
            </w:r>
            <w:r w:rsidR="004C7A58" w:rsidRPr="00044989">
              <w:rPr>
                <w:rFonts w:ascii="Arial" w:hAnsi="Arial"/>
                <w:color w:val="282828"/>
                <w:sz w:val="16"/>
                <w:szCs w:val="16"/>
              </w:rPr>
              <w:t xml:space="preserve"> </w:t>
            </w:r>
            <w:r w:rsidRPr="00044989">
              <w:rPr>
                <w:rFonts w:ascii="Arial" w:hAnsi="Arial"/>
                <w:color w:val="282828"/>
                <w:sz w:val="16"/>
                <w:szCs w:val="16"/>
              </w:rPr>
              <w:t xml:space="preserve"> - </w:t>
            </w:r>
            <w:r w:rsidR="004E74AB" w:rsidRPr="00044989">
              <w:rPr>
                <w:rFonts w:ascii="Arial" w:hAnsi="Arial"/>
                <w:color w:val="282828"/>
                <w:sz w:val="16"/>
                <w:szCs w:val="16"/>
                <w:lang w:val="bg-BG"/>
              </w:rPr>
              <w:t>8</w:t>
            </w:r>
            <w:r w:rsidR="00B826C7" w:rsidRPr="00044989">
              <w:rPr>
                <w:rFonts w:ascii="Arial" w:hAnsi="Arial"/>
                <w:color w:val="282828"/>
                <w:sz w:val="16"/>
                <w:szCs w:val="16"/>
                <w:lang w:val="bg-BG"/>
              </w:rPr>
              <w:t>0</w:t>
            </w:r>
            <w:r w:rsidR="00824317">
              <w:rPr>
                <w:rFonts w:ascii="Arial" w:hAnsi="Arial"/>
                <w:color w:val="282828"/>
                <w:sz w:val="16"/>
                <w:szCs w:val="16"/>
                <w:lang w:val="bg-BG"/>
              </w:rPr>
              <w:t xml:space="preserve"> </w:t>
            </w:r>
            <w:r w:rsidR="005A7AA3" w:rsidRPr="00044989">
              <w:rPr>
                <w:rFonts w:ascii="Arial" w:hAnsi="Arial"/>
                <w:color w:val="282828"/>
                <w:sz w:val="16"/>
                <w:szCs w:val="16"/>
              </w:rPr>
              <w:t>гр.*(1,</w:t>
            </w:r>
            <w:r w:rsidR="004E74AB" w:rsidRPr="00044989">
              <w:rPr>
                <w:rFonts w:ascii="Arial" w:hAnsi="Arial"/>
                <w:color w:val="282828"/>
                <w:sz w:val="16"/>
                <w:szCs w:val="16"/>
                <w:lang w:val="bg-BG"/>
              </w:rPr>
              <w:t>7,8</w:t>
            </w:r>
            <w:r w:rsidRPr="00044989">
              <w:rPr>
                <w:rFonts w:ascii="Arial" w:hAnsi="Arial"/>
                <w:color w:val="282828"/>
                <w:sz w:val="16"/>
                <w:szCs w:val="16"/>
              </w:rPr>
              <w:t>)</w:t>
            </w:r>
          </w:p>
          <w:p w:rsidR="004E74AB" w:rsidRPr="00044989" w:rsidRDefault="00515FA7" w:rsidP="004E74AB">
            <w:pPr>
              <w:spacing w:after="0"/>
              <w:rPr>
                <w:rFonts w:ascii="Arial" w:hAnsi="Arial"/>
                <w:color w:val="282828"/>
                <w:sz w:val="16"/>
                <w:szCs w:val="16"/>
              </w:rPr>
            </w:pPr>
            <w:r>
              <w:rPr>
                <w:rFonts w:ascii="Arial" w:hAnsi="Arial"/>
                <w:color w:val="282828"/>
                <w:sz w:val="16"/>
                <w:szCs w:val="16"/>
                <w:lang w:val="bg-BG"/>
              </w:rPr>
              <w:t>2.Прясно мляко -  20</w:t>
            </w:r>
            <w:r w:rsidR="004E74AB" w:rsidRPr="00044989">
              <w:rPr>
                <w:rFonts w:ascii="Arial" w:hAnsi="Arial"/>
                <w:color w:val="282828"/>
                <w:sz w:val="16"/>
                <w:szCs w:val="16"/>
                <w:lang w:val="bg-BG"/>
              </w:rPr>
              <w:t xml:space="preserve">0гр.  </w:t>
            </w:r>
            <w:r w:rsidR="004E74AB" w:rsidRPr="00044989">
              <w:rPr>
                <w:rFonts w:ascii="Arial" w:hAnsi="Arial"/>
                <w:color w:val="282828"/>
                <w:sz w:val="16"/>
                <w:szCs w:val="16"/>
              </w:rPr>
              <w:t>*(1, 7)</w:t>
            </w:r>
          </w:p>
          <w:p w:rsidR="004E74AB" w:rsidRPr="00044989" w:rsidRDefault="004E74AB" w:rsidP="00D13E21">
            <w:pPr>
              <w:spacing w:after="0"/>
              <w:rPr>
                <w:rFonts w:ascii="Arial" w:hAnsi="Arial"/>
                <w:color w:val="282828"/>
                <w:sz w:val="16"/>
                <w:szCs w:val="16"/>
                <w:lang w:val="bg-BG"/>
              </w:rPr>
            </w:pPr>
          </w:p>
          <w:p w:rsidR="005A7AA3" w:rsidRPr="00044989" w:rsidRDefault="005A7AA3" w:rsidP="00D13E21">
            <w:pPr>
              <w:spacing w:after="0"/>
              <w:rPr>
                <w:sz w:val="16"/>
                <w:szCs w:val="16"/>
                <w:lang w:val="bg-BG"/>
              </w:rPr>
            </w:pPr>
          </w:p>
        </w:tc>
        <w:tc>
          <w:tcPr>
            <w:tcW w:w="3096" w:type="dxa"/>
            <w:gridSpan w:val="2"/>
            <w:shd w:val="clear" w:color="auto" w:fill="F4F7F9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B167ED" w:rsidRPr="00044989" w:rsidRDefault="00816E46" w:rsidP="0099174A">
            <w:pPr>
              <w:spacing w:after="0"/>
              <w:rPr>
                <w:sz w:val="16"/>
                <w:szCs w:val="16"/>
                <w:lang w:val="bg-BG"/>
              </w:rPr>
            </w:pPr>
            <w:r w:rsidRPr="00044989">
              <w:rPr>
                <w:rFonts w:ascii="Arial" w:hAnsi="Arial"/>
                <w:b/>
                <w:color w:val="2980B9"/>
                <w:sz w:val="16"/>
                <w:szCs w:val="16"/>
              </w:rPr>
              <w:t>[СЛЕДОБЕДНА ЗАКУСКА (15:30)]</w:t>
            </w:r>
            <w:r w:rsidRPr="00044989">
              <w:rPr>
                <w:rFonts w:ascii="Arial" w:hAnsi="Arial"/>
                <w:b/>
                <w:color w:val="2980B9"/>
                <w:sz w:val="16"/>
                <w:szCs w:val="16"/>
              </w:rPr>
              <w:br/>
            </w:r>
            <w:r w:rsidRPr="00044989">
              <w:rPr>
                <w:rFonts w:ascii="Arial" w:hAnsi="Arial"/>
                <w:color w:val="282828"/>
                <w:sz w:val="16"/>
                <w:szCs w:val="16"/>
              </w:rPr>
              <w:t>1</w:t>
            </w:r>
            <w:r w:rsidR="003A4537" w:rsidRPr="00044989">
              <w:rPr>
                <w:rFonts w:ascii="Arial" w:hAnsi="Arial"/>
                <w:color w:val="282828"/>
                <w:sz w:val="16"/>
                <w:szCs w:val="16"/>
                <w:lang w:val="bg-BG"/>
              </w:rPr>
              <w:t>.</w:t>
            </w:r>
            <w:r w:rsidR="0099174A" w:rsidRPr="00044989">
              <w:rPr>
                <w:rFonts w:ascii="Arial" w:hAnsi="Arial"/>
                <w:color w:val="282828"/>
                <w:sz w:val="16"/>
                <w:szCs w:val="16"/>
                <w:lang w:val="bg-BG"/>
              </w:rPr>
              <w:t>Мляко с грис</w:t>
            </w:r>
            <w:r w:rsidR="00B826C7" w:rsidRPr="00044989">
              <w:rPr>
                <w:rFonts w:ascii="Arial" w:hAnsi="Arial"/>
                <w:color w:val="282828"/>
                <w:sz w:val="16"/>
                <w:szCs w:val="16"/>
              </w:rPr>
              <w:t xml:space="preserve"> - 150 </w:t>
            </w:r>
            <w:proofErr w:type="spellStart"/>
            <w:r w:rsidR="00B826C7" w:rsidRPr="00044989">
              <w:rPr>
                <w:rFonts w:ascii="Arial" w:hAnsi="Arial"/>
                <w:color w:val="282828"/>
                <w:sz w:val="16"/>
                <w:szCs w:val="16"/>
              </w:rPr>
              <w:t>гр</w:t>
            </w:r>
            <w:proofErr w:type="spellEnd"/>
            <w:r w:rsidR="00B826C7" w:rsidRPr="00044989">
              <w:rPr>
                <w:rFonts w:ascii="Arial" w:hAnsi="Arial"/>
                <w:color w:val="282828"/>
                <w:sz w:val="16"/>
                <w:szCs w:val="16"/>
              </w:rPr>
              <w:t>.: *(</w:t>
            </w:r>
            <w:r w:rsidR="0099174A" w:rsidRPr="00044989">
              <w:rPr>
                <w:rFonts w:ascii="Arial" w:hAnsi="Arial"/>
                <w:color w:val="282828"/>
                <w:sz w:val="16"/>
                <w:szCs w:val="16"/>
                <w:lang w:val="bg-BG"/>
              </w:rPr>
              <w:t>1,7</w:t>
            </w:r>
            <w:r w:rsidRPr="00044989">
              <w:rPr>
                <w:rFonts w:ascii="Arial" w:hAnsi="Arial"/>
                <w:color w:val="282828"/>
                <w:sz w:val="16"/>
                <w:szCs w:val="16"/>
              </w:rPr>
              <w:t>)</w:t>
            </w:r>
            <w:r w:rsidRPr="00044989">
              <w:rPr>
                <w:rFonts w:ascii="Arial" w:hAnsi="Arial"/>
                <w:color w:val="282828"/>
                <w:sz w:val="16"/>
                <w:szCs w:val="16"/>
              </w:rPr>
              <w:br/>
            </w:r>
            <w:r w:rsidR="00322DAA">
              <w:rPr>
                <w:sz w:val="16"/>
                <w:szCs w:val="16"/>
                <w:lang w:val="bg-BG"/>
              </w:rPr>
              <w:t>2</w:t>
            </w:r>
            <w:r w:rsidR="00322DAA" w:rsidRPr="00322DAA">
              <w:rPr>
                <w:rFonts w:ascii="Arial" w:hAnsi="Arial" w:cs="Arial"/>
                <w:sz w:val="16"/>
                <w:szCs w:val="16"/>
                <w:lang w:val="bg-BG"/>
              </w:rPr>
              <w:t>.Боровинки – 100 гр.</w:t>
            </w:r>
          </w:p>
        </w:tc>
        <w:tc>
          <w:tcPr>
            <w:tcW w:w="3096" w:type="dxa"/>
            <w:gridSpan w:val="2"/>
            <w:shd w:val="clear" w:color="auto" w:fill="F4F7F9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9174A" w:rsidRPr="00044989" w:rsidRDefault="00816E46" w:rsidP="00D13E21">
            <w:pPr>
              <w:spacing w:after="0"/>
              <w:rPr>
                <w:rFonts w:ascii="Arial" w:hAnsi="Arial"/>
                <w:color w:val="282828"/>
                <w:sz w:val="16"/>
                <w:szCs w:val="16"/>
                <w:lang w:val="bg-BG"/>
              </w:rPr>
            </w:pPr>
            <w:r w:rsidRPr="00044989">
              <w:rPr>
                <w:rFonts w:ascii="Arial" w:hAnsi="Arial"/>
                <w:b/>
                <w:color w:val="2980B9"/>
                <w:sz w:val="16"/>
                <w:szCs w:val="16"/>
              </w:rPr>
              <w:t>[СЛЕДОБЕДНА ЗАКУСКА (15:30)]</w:t>
            </w:r>
            <w:r w:rsidRPr="00044989">
              <w:rPr>
                <w:rFonts w:ascii="Arial" w:hAnsi="Arial"/>
                <w:b/>
                <w:color w:val="2980B9"/>
                <w:sz w:val="16"/>
                <w:szCs w:val="16"/>
              </w:rPr>
              <w:br/>
            </w:r>
            <w:r w:rsidR="003A4537" w:rsidRPr="00044989">
              <w:rPr>
                <w:rFonts w:ascii="Arial" w:hAnsi="Arial"/>
                <w:color w:val="282828"/>
                <w:sz w:val="16"/>
                <w:szCs w:val="16"/>
              </w:rPr>
              <w:t>1</w:t>
            </w:r>
            <w:r w:rsidR="0031067B" w:rsidRPr="00044989">
              <w:rPr>
                <w:rFonts w:ascii="Arial" w:hAnsi="Arial"/>
                <w:color w:val="282828"/>
                <w:sz w:val="16"/>
                <w:szCs w:val="16"/>
                <w:lang w:val="bg-BG"/>
              </w:rPr>
              <w:t>.</w:t>
            </w:r>
            <w:r w:rsidR="0099174A" w:rsidRPr="00044989">
              <w:rPr>
                <w:rFonts w:ascii="Arial" w:hAnsi="Arial"/>
                <w:color w:val="282828"/>
                <w:sz w:val="16"/>
                <w:szCs w:val="16"/>
                <w:lang w:val="bg-BG"/>
              </w:rPr>
              <w:t>Малеби</w:t>
            </w:r>
            <w:r w:rsidR="0031067B" w:rsidRPr="00044989">
              <w:rPr>
                <w:rFonts w:ascii="Arial" w:hAnsi="Arial"/>
                <w:color w:val="282828"/>
                <w:sz w:val="16"/>
                <w:szCs w:val="16"/>
                <w:lang w:val="bg-BG"/>
              </w:rPr>
              <w:t xml:space="preserve"> -  15</w:t>
            </w:r>
            <w:r w:rsidR="003A4537" w:rsidRPr="00044989">
              <w:rPr>
                <w:rFonts w:ascii="Arial" w:hAnsi="Arial"/>
                <w:color w:val="282828"/>
                <w:sz w:val="16"/>
                <w:szCs w:val="16"/>
                <w:lang w:val="bg-BG"/>
              </w:rPr>
              <w:t>0гр.</w:t>
            </w:r>
            <w:r w:rsidR="0031067B" w:rsidRPr="00044989">
              <w:rPr>
                <w:rFonts w:ascii="Arial" w:hAnsi="Arial"/>
                <w:color w:val="282828"/>
                <w:sz w:val="16"/>
                <w:szCs w:val="16"/>
                <w:lang w:val="bg-BG"/>
              </w:rPr>
              <w:t xml:space="preserve"> </w:t>
            </w:r>
          </w:p>
          <w:p w:rsidR="00B167ED" w:rsidRPr="00044989" w:rsidRDefault="0031067B" w:rsidP="00D13E21">
            <w:pPr>
              <w:spacing w:after="0"/>
              <w:rPr>
                <w:rFonts w:ascii="Arial" w:hAnsi="Arial"/>
                <w:color w:val="282828"/>
                <w:sz w:val="16"/>
                <w:szCs w:val="16"/>
              </w:rPr>
            </w:pPr>
            <w:r w:rsidRPr="00044989">
              <w:rPr>
                <w:rFonts w:ascii="Arial" w:hAnsi="Arial"/>
                <w:color w:val="282828"/>
                <w:sz w:val="16"/>
                <w:szCs w:val="16"/>
              </w:rPr>
              <w:t xml:space="preserve"> *(1,</w:t>
            </w:r>
            <w:r w:rsidR="00816E46" w:rsidRPr="00044989">
              <w:rPr>
                <w:rFonts w:ascii="Arial" w:hAnsi="Arial"/>
                <w:color w:val="282828"/>
                <w:sz w:val="16"/>
                <w:szCs w:val="16"/>
              </w:rPr>
              <w:t xml:space="preserve"> 7)</w:t>
            </w:r>
          </w:p>
          <w:p w:rsidR="0031067B" w:rsidRPr="00044989" w:rsidRDefault="0099174A" w:rsidP="00D13E21">
            <w:pPr>
              <w:spacing w:after="0"/>
              <w:rPr>
                <w:rFonts w:ascii="Arial" w:hAnsi="Arial"/>
                <w:color w:val="282828"/>
                <w:sz w:val="16"/>
                <w:szCs w:val="16"/>
                <w:lang w:val="bg-BG"/>
              </w:rPr>
            </w:pPr>
            <w:r w:rsidRPr="00044989">
              <w:rPr>
                <w:rFonts w:ascii="Arial" w:hAnsi="Arial"/>
                <w:color w:val="282828"/>
                <w:sz w:val="16"/>
                <w:szCs w:val="16"/>
                <w:lang w:val="bg-BG"/>
              </w:rPr>
              <w:t>2.Овесена бисквита</w:t>
            </w:r>
            <w:r w:rsidR="00322DAA">
              <w:rPr>
                <w:rFonts w:ascii="Arial" w:hAnsi="Arial"/>
                <w:color w:val="282828"/>
                <w:sz w:val="16"/>
                <w:szCs w:val="16"/>
                <w:lang w:val="bg-BG"/>
              </w:rPr>
              <w:t xml:space="preserve"> – 40 гр.</w:t>
            </w:r>
          </w:p>
        </w:tc>
        <w:tc>
          <w:tcPr>
            <w:tcW w:w="3096" w:type="dxa"/>
            <w:gridSpan w:val="2"/>
            <w:shd w:val="clear" w:color="auto" w:fill="F4F7F9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B167ED" w:rsidRPr="00044989" w:rsidRDefault="00816E46" w:rsidP="00E46AE3">
            <w:pPr>
              <w:spacing w:after="0"/>
              <w:rPr>
                <w:sz w:val="16"/>
                <w:szCs w:val="16"/>
              </w:rPr>
            </w:pPr>
            <w:r w:rsidRPr="00044989">
              <w:rPr>
                <w:rFonts w:ascii="Arial" w:hAnsi="Arial"/>
                <w:b/>
                <w:color w:val="2980B9"/>
                <w:sz w:val="16"/>
                <w:szCs w:val="16"/>
              </w:rPr>
              <w:t>[СЛЕДОБЕДНА ЗАКУСКА (15:30)]</w:t>
            </w:r>
            <w:r w:rsidRPr="00044989">
              <w:rPr>
                <w:rFonts w:ascii="Arial" w:hAnsi="Arial"/>
                <w:b/>
                <w:color w:val="2980B9"/>
                <w:sz w:val="16"/>
                <w:szCs w:val="16"/>
              </w:rPr>
              <w:br/>
            </w:r>
            <w:r w:rsidR="00256237" w:rsidRPr="00044989">
              <w:rPr>
                <w:rFonts w:ascii="Arial" w:hAnsi="Arial"/>
                <w:color w:val="282828"/>
                <w:sz w:val="16"/>
                <w:szCs w:val="16"/>
              </w:rPr>
              <w:t>1.</w:t>
            </w:r>
            <w:r w:rsidR="0031067B" w:rsidRPr="00044989">
              <w:rPr>
                <w:rFonts w:ascii="Arial" w:hAnsi="Arial"/>
                <w:color w:val="282828"/>
                <w:sz w:val="16"/>
                <w:szCs w:val="16"/>
                <w:lang w:val="bg-BG"/>
              </w:rPr>
              <w:t xml:space="preserve">Сандвич </w:t>
            </w:r>
            <w:r w:rsidR="00E46AE3" w:rsidRPr="00044989">
              <w:rPr>
                <w:rFonts w:ascii="Arial" w:hAnsi="Arial"/>
                <w:color w:val="282828"/>
                <w:sz w:val="16"/>
                <w:szCs w:val="16"/>
                <w:lang w:val="bg-BG"/>
              </w:rPr>
              <w:t>с</w:t>
            </w:r>
            <w:r w:rsidR="0031067B" w:rsidRPr="00044989">
              <w:rPr>
                <w:rFonts w:ascii="Arial" w:hAnsi="Arial"/>
                <w:color w:val="282828"/>
                <w:sz w:val="16"/>
                <w:szCs w:val="16"/>
                <w:lang w:val="bg-BG"/>
              </w:rPr>
              <w:t xml:space="preserve"> лютеница</w:t>
            </w:r>
            <w:r w:rsidR="003A4537" w:rsidRPr="00044989">
              <w:rPr>
                <w:rFonts w:ascii="Arial" w:hAnsi="Arial"/>
                <w:color w:val="282828"/>
                <w:sz w:val="16"/>
                <w:szCs w:val="16"/>
              </w:rPr>
              <w:t xml:space="preserve"> – </w:t>
            </w:r>
            <w:r w:rsidR="00494900" w:rsidRPr="00044989">
              <w:rPr>
                <w:rFonts w:ascii="Arial" w:hAnsi="Arial"/>
                <w:color w:val="282828"/>
                <w:sz w:val="16"/>
                <w:szCs w:val="16"/>
                <w:lang w:val="bg-BG"/>
              </w:rPr>
              <w:t>80</w:t>
            </w:r>
            <w:r w:rsidR="003A4537" w:rsidRPr="00044989">
              <w:rPr>
                <w:rFonts w:ascii="Arial" w:hAnsi="Arial"/>
                <w:color w:val="282828"/>
                <w:sz w:val="16"/>
                <w:szCs w:val="16"/>
                <w:lang w:val="bg-BG"/>
              </w:rPr>
              <w:t xml:space="preserve"> </w:t>
            </w:r>
            <w:proofErr w:type="spellStart"/>
            <w:r w:rsidR="003A4537" w:rsidRPr="00044989">
              <w:rPr>
                <w:rFonts w:ascii="Arial" w:hAnsi="Arial"/>
                <w:color w:val="282828"/>
                <w:sz w:val="16"/>
                <w:szCs w:val="16"/>
              </w:rPr>
              <w:t>гр</w:t>
            </w:r>
            <w:proofErr w:type="spellEnd"/>
            <w:r w:rsidR="003A4537" w:rsidRPr="00044989">
              <w:rPr>
                <w:rFonts w:ascii="Arial" w:hAnsi="Arial"/>
                <w:color w:val="282828"/>
                <w:sz w:val="16"/>
                <w:szCs w:val="16"/>
                <w:lang w:val="bg-BG"/>
              </w:rPr>
              <w:t>.</w:t>
            </w:r>
            <w:r w:rsidR="0005307C">
              <w:rPr>
                <w:rFonts w:ascii="Arial" w:hAnsi="Arial"/>
                <w:color w:val="282828"/>
                <w:sz w:val="16"/>
                <w:szCs w:val="16"/>
              </w:rPr>
              <w:br/>
            </w:r>
            <w:r w:rsidR="00E46AE3" w:rsidRPr="00044989">
              <w:rPr>
                <w:rFonts w:ascii="Arial" w:hAnsi="Arial"/>
                <w:color w:val="282828"/>
                <w:sz w:val="16"/>
                <w:szCs w:val="16"/>
              </w:rPr>
              <w:t xml:space="preserve"> *(1</w:t>
            </w:r>
            <w:r w:rsidRPr="00044989">
              <w:rPr>
                <w:rFonts w:ascii="Arial" w:hAnsi="Arial"/>
                <w:color w:val="282828"/>
                <w:sz w:val="16"/>
                <w:szCs w:val="16"/>
              </w:rPr>
              <w:t>)</w:t>
            </w:r>
            <w:r w:rsidRPr="00044989">
              <w:rPr>
                <w:rFonts w:ascii="Arial" w:hAnsi="Arial"/>
                <w:color w:val="282828"/>
                <w:sz w:val="16"/>
                <w:szCs w:val="16"/>
              </w:rPr>
              <w:br/>
              <w:t xml:space="preserve">2. </w:t>
            </w:r>
            <w:r w:rsidR="0031067B" w:rsidRPr="00044989">
              <w:rPr>
                <w:rFonts w:ascii="Arial" w:hAnsi="Arial"/>
                <w:color w:val="282828"/>
                <w:sz w:val="16"/>
                <w:szCs w:val="16"/>
                <w:lang w:val="bg-BG"/>
              </w:rPr>
              <w:t>Чай</w:t>
            </w:r>
            <w:r w:rsidR="00515FA7">
              <w:rPr>
                <w:rFonts w:ascii="Arial" w:hAnsi="Arial"/>
                <w:color w:val="282828"/>
                <w:sz w:val="16"/>
                <w:szCs w:val="16"/>
              </w:rPr>
              <w:t xml:space="preserve"> - </w:t>
            </w:r>
            <w:r w:rsidR="00515FA7">
              <w:rPr>
                <w:rFonts w:ascii="Arial" w:hAnsi="Arial"/>
                <w:color w:val="282828"/>
                <w:sz w:val="16"/>
                <w:szCs w:val="16"/>
                <w:lang w:val="bg-BG"/>
              </w:rPr>
              <w:t>2</w:t>
            </w:r>
            <w:r w:rsidR="0031067B" w:rsidRPr="00044989">
              <w:rPr>
                <w:rFonts w:ascii="Arial" w:hAnsi="Arial"/>
                <w:color w:val="282828"/>
                <w:sz w:val="16"/>
                <w:szCs w:val="16"/>
                <w:lang w:val="bg-BG"/>
              </w:rPr>
              <w:t>0</w:t>
            </w:r>
            <w:r w:rsidRPr="00044989">
              <w:rPr>
                <w:rFonts w:ascii="Arial" w:hAnsi="Arial"/>
                <w:color w:val="282828"/>
                <w:sz w:val="16"/>
                <w:szCs w:val="16"/>
              </w:rPr>
              <w:t xml:space="preserve">0 </w:t>
            </w:r>
            <w:proofErr w:type="spellStart"/>
            <w:r w:rsidRPr="00044989">
              <w:rPr>
                <w:rFonts w:ascii="Arial" w:hAnsi="Arial"/>
                <w:color w:val="282828"/>
                <w:sz w:val="16"/>
                <w:szCs w:val="16"/>
              </w:rPr>
              <w:t>гр</w:t>
            </w:r>
            <w:proofErr w:type="spellEnd"/>
            <w:r w:rsidRPr="00044989">
              <w:rPr>
                <w:rFonts w:ascii="Arial" w:hAnsi="Arial"/>
                <w:color w:val="282828"/>
                <w:sz w:val="16"/>
                <w:szCs w:val="16"/>
              </w:rPr>
              <w:t>.</w:t>
            </w:r>
          </w:p>
        </w:tc>
      </w:tr>
    </w:tbl>
    <w:p w:rsidR="00DC721E" w:rsidRDefault="00DC721E" w:rsidP="00DC721E">
      <w:r>
        <w:t xml:space="preserve">* </w:t>
      </w:r>
      <w:proofErr w:type="spellStart"/>
      <w:r>
        <w:t>Алергени</w:t>
      </w:r>
      <w:proofErr w:type="spellEnd"/>
      <w:r>
        <w:t xml:space="preserve">: 1. </w:t>
      </w:r>
      <w:proofErr w:type="spellStart"/>
      <w:r>
        <w:t>Зърнени</w:t>
      </w:r>
      <w:proofErr w:type="spellEnd"/>
      <w:r>
        <w:t xml:space="preserve"> </w:t>
      </w:r>
      <w:proofErr w:type="spellStart"/>
      <w:r>
        <w:t>култури</w:t>
      </w:r>
      <w:proofErr w:type="spellEnd"/>
      <w:r>
        <w:t xml:space="preserve">, </w:t>
      </w:r>
      <w:proofErr w:type="spellStart"/>
      <w:r>
        <w:t>съдържащи</w:t>
      </w:r>
      <w:proofErr w:type="spellEnd"/>
      <w:r>
        <w:t xml:space="preserve"> </w:t>
      </w:r>
      <w:proofErr w:type="spellStart"/>
      <w:r>
        <w:t>глутен</w:t>
      </w:r>
      <w:proofErr w:type="spellEnd"/>
      <w:r>
        <w:t xml:space="preserve">; 2. </w:t>
      </w:r>
      <w:proofErr w:type="spellStart"/>
      <w:r>
        <w:t>Ракообразни</w:t>
      </w:r>
      <w:proofErr w:type="spellEnd"/>
      <w:r>
        <w:t xml:space="preserve"> и </w:t>
      </w:r>
      <w:proofErr w:type="spellStart"/>
      <w:r>
        <w:t>продукти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тях</w:t>
      </w:r>
      <w:proofErr w:type="spellEnd"/>
      <w:r>
        <w:t xml:space="preserve">; 3. </w:t>
      </w:r>
      <w:proofErr w:type="spellStart"/>
      <w:r>
        <w:t>Яйца</w:t>
      </w:r>
      <w:proofErr w:type="spellEnd"/>
      <w:r>
        <w:t xml:space="preserve"> и </w:t>
      </w:r>
      <w:proofErr w:type="spellStart"/>
      <w:r>
        <w:t>продукти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тях</w:t>
      </w:r>
      <w:proofErr w:type="spellEnd"/>
      <w:r>
        <w:t xml:space="preserve">; 4. </w:t>
      </w:r>
      <w:proofErr w:type="spellStart"/>
      <w:r>
        <w:t>Риба</w:t>
      </w:r>
      <w:proofErr w:type="spellEnd"/>
      <w:r>
        <w:t xml:space="preserve"> и </w:t>
      </w:r>
      <w:proofErr w:type="spellStart"/>
      <w:r>
        <w:t>рибни</w:t>
      </w:r>
      <w:proofErr w:type="spellEnd"/>
      <w:r>
        <w:t xml:space="preserve"> </w:t>
      </w:r>
      <w:proofErr w:type="spellStart"/>
      <w:r>
        <w:t>продукти</w:t>
      </w:r>
      <w:proofErr w:type="spellEnd"/>
      <w:r>
        <w:t xml:space="preserve">; 5. </w:t>
      </w:r>
      <w:proofErr w:type="spellStart"/>
      <w:r>
        <w:t>Фъстъци</w:t>
      </w:r>
      <w:proofErr w:type="spellEnd"/>
      <w:r>
        <w:t xml:space="preserve"> и </w:t>
      </w:r>
      <w:proofErr w:type="spellStart"/>
      <w:r>
        <w:t>продукти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тях</w:t>
      </w:r>
      <w:proofErr w:type="spellEnd"/>
      <w:r>
        <w:t xml:space="preserve">; 6. </w:t>
      </w:r>
      <w:proofErr w:type="spellStart"/>
      <w:r>
        <w:t>Соя</w:t>
      </w:r>
      <w:proofErr w:type="spellEnd"/>
      <w:r>
        <w:t xml:space="preserve"> и </w:t>
      </w:r>
      <w:proofErr w:type="spellStart"/>
      <w:r>
        <w:t>соеви</w:t>
      </w:r>
      <w:proofErr w:type="spellEnd"/>
      <w:r>
        <w:t xml:space="preserve"> </w:t>
      </w:r>
      <w:proofErr w:type="spellStart"/>
      <w:r>
        <w:t>продукти</w:t>
      </w:r>
      <w:proofErr w:type="spellEnd"/>
      <w:r>
        <w:t xml:space="preserve">; 7. </w:t>
      </w:r>
      <w:proofErr w:type="spellStart"/>
      <w:r>
        <w:t>Мляко</w:t>
      </w:r>
      <w:proofErr w:type="spellEnd"/>
      <w:r>
        <w:t xml:space="preserve"> и </w:t>
      </w:r>
      <w:proofErr w:type="spellStart"/>
      <w:r>
        <w:t>млечни</w:t>
      </w:r>
      <w:proofErr w:type="spellEnd"/>
      <w:r>
        <w:t xml:space="preserve"> </w:t>
      </w:r>
      <w:proofErr w:type="spellStart"/>
      <w:r>
        <w:t>продукти</w:t>
      </w:r>
      <w:proofErr w:type="spellEnd"/>
      <w:r>
        <w:t xml:space="preserve">; 8. </w:t>
      </w:r>
      <w:proofErr w:type="spellStart"/>
      <w:r>
        <w:t>Ядки</w:t>
      </w:r>
      <w:proofErr w:type="spellEnd"/>
      <w:r>
        <w:t xml:space="preserve"> – </w:t>
      </w:r>
      <w:proofErr w:type="spellStart"/>
      <w:r>
        <w:t>бадеми</w:t>
      </w:r>
      <w:proofErr w:type="spellEnd"/>
      <w:r>
        <w:t xml:space="preserve">, </w:t>
      </w:r>
      <w:proofErr w:type="spellStart"/>
      <w:r>
        <w:t>орехи</w:t>
      </w:r>
      <w:proofErr w:type="spellEnd"/>
      <w:r>
        <w:t xml:space="preserve"> и </w:t>
      </w:r>
      <w:proofErr w:type="spellStart"/>
      <w:r>
        <w:t>лешници</w:t>
      </w:r>
      <w:proofErr w:type="spellEnd"/>
      <w:r>
        <w:t xml:space="preserve">; 9. </w:t>
      </w:r>
      <w:proofErr w:type="spellStart"/>
      <w:r>
        <w:t>Целина</w:t>
      </w:r>
      <w:proofErr w:type="spellEnd"/>
      <w:r>
        <w:t xml:space="preserve"> и </w:t>
      </w:r>
      <w:proofErr w:type="spellStart"/>
      <w:r>
        <w:t>продукти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нея</w:t>
      </w:r>
      <w:proofErr w:type="spellEnd"/>
      <w:r>
        <w:t xml:space="preserve">; 10. </w:t>
      </w:r>
      <w:proofErr w:type="spellStart"/>
      <w:r>
        <w:t>Синап</w:t>
      </w:r>
      <w:proofErr w:type="spellEnd"/>
      <w:r>
        <w:t xml:space="preserve"> и </w:t>
      </w:r>
      <w:proofErr w:type="spellStart"/>
      <w:r>
        <w:t>продукти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него</w:t>
      </w:r>
      <w:proofErr w:type="spellEnd"/>
      <w:r>
        <w:t xml:space="preserve">; 11. </w:t>
      </w:r>
      <w:proofErr w:type="spellStart"/>
      <w:r>
        <w:t>Сусамово</w:t>
      </w:r>
      <w:proofErr w:type="spellEnd"/>
      <w:r>
        <w:t xml:space="preserve"> </w:t>
      </w:r>
      <w:proofErr w:type="spellStart"/>
      <w:r>
        <w:t>семе</w:t>
      </w:r>
      <w:proofErr w:type="spellEnd"/>
      <w:r>
        <w:t xml:space="preserve"> и </w:t>
      </w:r>
      <w:proofErr w:type="spellStart"/>
      <w:r>
        <w:t>продукти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него</w:t>
      </w:r>
      <w:proofErr w:type="spellEnd"/>
      <w:r>
        <w:t xml:space="preserve">; 12. </w:t>
      </w:r>
      <w:proofErr w:type="spellStart"/>
      <w:r>
        <w:t>Лупина</w:t>
      </w:r>
      <w:proofErr w:type="spellEnd"/>
      <w:r>
        <w:t xml:space="preserve"> и </w:t>
      </w:r>
      <w:proofErr w:type="spellStart"/>
      <w:r>
        <w:t>продукти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нея</w:t>
      </w:r>
      <w:proofErr w:type="spellEnd"/>
      <w:r>
        <w:t xml:space="preserve">; 13. </w:t>
      </w:r>
      <w:proofErr w:type="spellStart"/>
      <w:r>
        <w:t>Серен</w:t>
      </w:r>
      <w:proofErr w:type="spellEnd"/>
      <w:r>
        <w:t xml:space="preserve"> </w:t>
      </w:r>
      <w:proofErr w:type="spellStart"/>
      <w:r>
        <w:t>диоксид</w:t>
      </w:r>
      <w:proofErr w:type="spellEnd"/>
      <w:r>
        <w:t xml:space="preserve"> и </w:t>
      </w:r>
      <w:proofErr w:type="spellStart"/>
      <w:r>
        <w:t>сулфиди</w:t>
      </w:r>
      <w:proofErr w:type="spellEnd"/>
      <w:r>
        <w:t xml:space="preserve">; 14. </w:t>
      </w:r>
      <w:proofErr w:type="spellStart"/>
      <w:r>
        <w:t>Мекотели</w:t>
      </w:r>
      <w:proofErr w:type="spellEnd"/>
      <w:r>
        <w:t xml:space="preserve"> и </w:t>
      </w:r>
      <w:proofErr w:type="spellStart"/>
      <w:r>
        <w:t>продукти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тях</w:t>
      </w:r>
      <w:proofErr w:type="spellEnd"/>
    </w:p>
    <w:p w:rsidR="00B167ED" w:rsidRPr="00B82FEA" w:rsidRDefault="00B82FEA">
      <w:pPr>
        <w:rPr>
          <w:lang w:val="bg-BG"/>
        </w:rPr>
      </w:pPr>
      <w:r>
        <w:rPr>
          <w:lang w:val="bg-BG"/>
        </w:rPr>
        <w:t>Забележка: Допълнително към посоченото седмично меню на децата се предоставят плодове и млечни продукти по схемите</w:t>
      </w:r>
      <w:r w:rsidR="00044989">
        <w:rPr>
          <w:lang w:val="bg-BG"/>
        </w:rPr>
        <w:t xml:space="preserve"> </w:t>
      </w:r>
      <w:r>
        <w:rPr>
          <w:lang w:val="bg-BG"/>
        </w:rPr>
        <w:t>“УП“ и „УМ“ финансирани от Държавен фонд „Земеделие“,</w:t>
      </w:r>
    </w:p>
    <w:p w:rsidR="00B82FEA" w:rsidRDefault="00B82FEA" w:rsidP="004C7A58">
      <w:pPr>
        <w:jc w:val="center"/>
        <w:rPr>
          <w:sz w:val="32"/>
          <w:szCs w:val="32"/>
          <w:lang w:val="bg-BG"/>
        </w:rPr>
      </w:pPr>
    </w:p>
    <w:p w:rsidR="00B167ED" w:rsidRPr="004C7A58" w:rsidRDefault="004C7A58" w:rsidP="004C7A58">
      <w:pPr>
        <w:jc w:val="center"/>
        <w:rPr>
          <w:sz w:val="32"/>
          <w:szCs w:val="32"/>
          <w:lang w:val="bg-BG"/>
        </w:rPr>
      </w:pPr>
      <w:r w:rsidRPr="004C7A58">
        <w:rPr>
          <w:sz w:val="32"/>
          <w:szCs w:val="32"/>
          <w:lang w:val="bg-BG"/>
        </w:rPr>
        <w:t>Директор:……………... Домакин:…………….. Мед сестра:……………..Готвач:……………..</w:t>
      </w:r>
    </w:p>
    <w:sectPr w:rsidR="00B167ED" w:rsidRPr="004C7A58" w:rsidSect="00034616">
      <w:pgSz w:w="16834" w:h="11909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44989"/>
    <w:rsid w:val="0005307C"/>
    <w:rsid w:val="0006063C"/>
    <w:rsid w:val="00136C5A"/>
    <w:rsid w:val="0015074B"/>
    <w:rsid w:val="002120AB"/>
    <w:rsid w:val="00212C6E"/>
    <w:rsid w:val="00220AD2"/>
    <w:rsid w:val="00256237"/>
    <w:rsid w:val="0029639D"/>
    <w:rsid w:val="002C303A"/>
    <w:rsid w:val="002E7829"/>
    <w:rsid w:val="0031067B"/>
    <w:rsid w:val="00322DAA"/>
    <w:rsid w:val="00326F90"/>
    <w:rsid w:val="003A4537"/>
    <w:rsid w:val="003D5D11"/>
    <w:rsid w:val="0047155E"/>
    <w:rsid w:val="00494900"/>
    <w:rsid w:val="004C7A58"/>
    <w:rsid w:val="004E74AB"/>
    <w:rsid w:val="00515FA7"/>
    <w:rsid w:val="005A7AA3"/>
    <w:rsid w:val="00717844"/>
    <w:rsid w:val="0073179B"/>
    <w:rsid w:val="00816E46"/>
    <w:rsid w:val="00824317"/>
    <w:rsid w:val="008A46E2"/>
    <w:rsid w:val="008F155E"/>
    <w:rsid w:val="0099174A"/>
    <w:rsid w:val="00AA1D8D"/>
    <w:rsid w:val="00B167ED"/>
    <w:rsid w:val="00B47730"/>
    <w:rsid w:val="00B826C7"/>
    <w:rsid w:val="00B82FEA"/>
    <w:rsid w:val="00C70B15"/>
    <w:rsid w:val="00C846F9"/>
    <w:rsid w:val="00CB0664"/>
    <w:rsid w:val="00D13E21"/>
    <w:rsid w:val="00D7403E"/>
    <w:rsid w:val="00DC721E"/>
    <w:rsid w:val="00DD69FA"/>
    <w:rsid w:val="00E46AE3"/>
    <w:rsid w:val="00E974BB"/>
    <w:rsid w:val="00ED2F9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19B1D2"/>
  <w14:defaultImageDpi w14:val="300"/>
  <w15:docId w15:val="{5721EE82-3CEC-4905-AF24-7DC95194B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Горен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Долен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лавие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лавие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лавие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лав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лавие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ен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ен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ен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на макрос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лавие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лавие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лавие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лавие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лавие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лавие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Интензивно цитиране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a">
    <w:name w:val="Balloon Text"/>
    <w:basedOn w:val="a1"/>
    <w:link w:val="affb"/>
    <w:uiPriority w:val="99"/>
    <w:semiHidden/>
    <w:unhideWhenUsed/>
    <w:rsid w:val="00816E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b">
    <w:name w:val="Изнесен текст Знак"/>
    <w:basedOn w:val="a2"/>
    <w:link w:val="affa"/>
    <w:uiPriority w:val="99"/>
    <w:semiHidden/>
    <w:rsid w:val="00816E4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565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43DB8D3-DA7E-462F-B3E2-ADF773C7F0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434</Words>
  <Characters>2479</Characters>
  <Application>Microsoft Office Word</Application>
  <DocSecurity>0</DocSecurity>
  <Lines>20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2908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Paulina Aleksova</cp:lastModifiedBy>
  <cp:revision>20</cp:revision>
  <cp:lastPrinted>2026-08-31T07:23:00Z</cp:lastPrinted>
  <dcterms:created xsi:type="dcterms:W3CDTF">2026-08-26T09:46:00Z</dcterms:created>
  <dcterms:modified xsi:type="dcterms:W3CDTF">2026-09-25T08:51:00Z</dcterms:modified>
  <cp:category/>
</cp:coreProperties>
</file>